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E92D79" w14:textId="19E714A4" w:rsidR="0064659F" w:rsidRPr="00F93A4B" w:rsidRDefault="00EF7917">
      <w:pPr>
        <w:pStyle w:val="Title"/>
        <w:jc w:val="center"/>
        <w:rPr>
          <w:rFonts w:ascii="Calibri Light" w:hAnsi="Calibri Light" w:cs="Calibri Light"/>
          <w:sz w:val="44"/>
          <w:szCs w:val="44"/>
        </w:rPr>
      </w:pPr>
      <w:r w:rsidRPr="0063296A">
        <w:rPr>
          <w:rFonts w:ascii="Calibri Light" w:hAnsi="Calibri Light" w:cs="Calibri Light"/>
        </w:rPr>
        <w:t xml:space="preserve">Professional Doctorate in Management </w:t>
      </w:r>
      <w:r w:rsidR="00866A6B" w:rsidRPr="00F93A4B">
        <w:rPr>
          <w:rFonts w:ascii="Calibri Light" w:hAnsi="Calibri Light" w:cs="Calibri Light"/>
          <w:sz w:val="44"/>
          <w:szCs w:val="44"/>
        </w:rPr>
        <w:t xml:space="preserve">Mandatory Supplementary </w:t>
      </w:r>
      <w:r w:rsidR="00F93A4B" w:rsidRPr="00F93A4B">
        <w:rPr>
          <w:rFonts w:ascii="Calibri Light" w:hAnsi="Calibri Light" w:cs="Calibri Light"/>
          <w:sz w:val="44"/>
          <w:szCs w:val="44"/>
        </w:rPr>
        <w:t>Information</w:t>
      </w:r>
    </w:p>
    <w:p w14:paraId="1FD52352" w14:textId="380CD006" w:rsidR="00DA4B2B" w:rsidRPr="0063296A" w:rsidRDefault="00DA4B2B" w:rsidP="00DA4B2B">
      <w:pPr>
        <w:pStyle w:val="Heading1"/>
        <w:rPr>
          <w:rFonts w:ascii="Calibri Light" w:hAnsi="Calibri Light" w:cs="Calibri Light"/>
          <w:b w:val="0"/>
          <w:bCs w:val="0"/>
        </w:rPr>
      </w:pPr>
      <w:r w:rsidRPr="0063296A">
        <w:rPr>
          <w:rFonts w:ascii="Calibri Light" w:hAnsi="Calibri Light" w:cs="Calibri Light"/>
          <w:b w:val="0"/>
          <w:bCs w:val="0"/>
        </w:rPr>
        <w:t>Motivation to Study Professional Doctorate in Management</w:t>
      </w:r>
    </w:p>
    <w:p w14:paraId="2960D95E" w14:textId="77777777" w:rsidR="00DA4B2B" w:rsidRPr="0063296A" w:rsidRDefault="00DA4B2B" w:rsidP="00DA4B2B">
      <w:pPr>
        <w:rPr>
          <w:rFonts w:ascii="Calibri Light" w:hAnsi="Calibri Light" w:cs="Calibri Light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B94AF2" w:rsidRPr="0063296A" w14:paraId="1D387117" w14:textId="77777777" w:rsidTr="00B94AF2">
        <w:tc>
          <w:tcPr>
            <w:tcW w:w="8630" w:type="dxa"/>
          </w:tcPr>
          <w:p w14:paraId="58F1F437" w14:textId="77777777" w:rsidR="006B067C" w:rsidRDefault="00B94AF2" w:rsidP="0063296A">
            <w:pPr>
              <w:spacing w:line="300" w:lineRule="atLeast"/>
              <w:rPr>
                <w:rFonts w:ascii="Calibri Light" w:hAnsi="Calibri Light" w:cs="Calibri Light"/>
              </w:rPr>
            </w:pPr>
            <w:r w:rsidRPr="0063296A">
              <w:rPr>
                <w:rFonts w:ascii="Calibri Light" w:hAnsi="Calibri Light" w:cs="Calibri Light"/>
              </w:rPr>
              <w:t xml:space="preserve">Why do you wish to undertake a Professional Doctorate in Management at this stage of your professional and intellectual development? </w:t>
            </w:r>
          </w:p>
          <w:p w14:paraId="583FA8B8" w14:textId="6E3DEE75" w:rsidR="00B94AF2" w:rsidRPr="006B067C" w:rsidRDefault="00B94AF2" w:rsidP="0063296A">
            <w:pPr>
              <w:spacing w:line="300" w:lineRule="atLeast"/>
              <w:rPr>
                <w:rFonts w:ascii="Calibri Light" w:hAnsi="Calibri Light" w:cs="Calibri Light"/>
                <w:i/>
                <w:iCs/>
                <w:sz w:val="21"/>
                <w:szCs w:val="21"/>
              </w:rPr>
            </w:pPr>
            <w:r w:rsidRPr="006B067C">
              <w:rPr>
                <w:rFonts w:ascii="Calibri Light" w:hAnsi="Calibri Light" w:cs="Calibri Light"/>
                <w:i/>
                <w:iCs/>
                <w:sz w:val="21"/>
                <w:szCs w:val="21"/>
              </w:rPr>
              <w:t>Suggested word limit: 300 words</w:t>
            </w:r>
          </w:p>
        </w:tc>
      </w:tr>
      <w:tr w:rsidR="00B94AF2" w:rsidRPr="0063296A" w14:paraId="2BAADA04" w14:textId="77777777" w:rsidTr="00B94AF2">
        <w:tc>
          <w:tcPr>
            <w:tcW w:w="8630" w:type="dxa"/>
          </w:tcPr>
          <w:p w14:paraId="26BF164C" w14:textId="77777777" w:rsidR="00B94AF2" w:rsidRPr="0063296A" w:rsidRDefault="00B94AF2" w:rsidP="00DA4B2B">
            <w:pPr>
              <w:rPr>
                <w:rFonts w:ascii="Calibri Light" w:hAnsi="Calibri Light" w:cs="Calibri Light"/>
              </w:rPr>
            </w:pPr>
          </w:p>
          <w:p w14:paraId="5CCD81A8" w14:textId="77777777" w:rsidR="00B94AF2" w:rsidRPr="0063296A" w:rsidRDefault="00B94AF2" w:rsidP="00DA4B2B">
            <w:pPr>
              <w:rPr>
                <w:rFonts w:ascii="Calibri Light" w:hAnsi="Calibri Light" w:cs="Calibri Light"/>
              </w:rPr>
            </w:pPr>
          </w:p>
          <w:p w14:paraId="728AC765" w14:textId="77777777" w:rsidR="00B94AF2" w:rsidRPr="0063296A" w:rsidRDefault="00B94AF2" w:rsidP="00DA4B2B">
            <w:pPr>
              <w:rPr>
                <w:rFonts w:ascii="Calibri Light" w:hAnsi="Calibri Light" w:cs="Calibri Light"/>
              </w:rPr>
            </w:pPr>
          </w:p>
          <w:p w14:paraId="7D15AA37" w14:textId="77777777" w:rsidR="00B94AF2" w:rsidRPr="0063296A" w:rsidRDefault="00B94AF2" w:rsidP="00DA4B2B">
            <w:pPr>
              <w:rPr>
                <w:rFonts w:ascii="Calibri Light" w:hAnsi="Calibri Light" w:cs="Calibri Light"/>
              </w:rPr>
            </w:pPr>
          </w:p>
          <w:p w14:paraId="23028291" w14:textId="77777777" w:rsidR="00B94AF2" w:rsidRPr="0063296A" w:rsidRDefault="00B94AF2" w:rsidP="00DA4B2B">
            <w:pPr>
              <w:rPr>
                <w:rFonts w:ascii="Calibri Light" w:hAnsi="Calibri Light" w:cs="Calibri Light"/>
              </w:rPr>
            </w:pPr>
          </w:p>
          <w:p w14:paraId="6C94DB64" w14:textId="77777777" w:rsidR="00B94AF2" w:rsidRPr="0063296A" w:rsidRDefault="00B94AF2" w:rsidP="00DA4B2B">
            <w:pPr>
              <w:rPr>
                <w:rFonts w:ascii="Calibri Light" w:hAnsi="Calibri Light" w:cs="Calibri Light"/>
              </w:rPr>
            </w:pPr>
          </w:p>
          <w:p w14:paraId="40F1B677" w14:textId="77777777" w:rsidR="0063296A" w:rsidRPr="0063296A" w:rsidRDefault="0063296A" w:rsidP="00DA4B2B">
            <w:pPr>
              <w:rPr>
                <w:rFonts w:ascii="Calibri Light" w:hAnsi="Calibri Light" w:cs="Calibri Light"/>
              </w:rPr>
            </w:pPr>
          </w:p>
          <w:p w14:paraId="6AC419D4" w14:textId="77777777" w:rsidR="00B94AF2" w:rsidRDefault="00B94AF2" w:rsidP="00DA4B2B">
            <w:pPr>
              <w:rPr>
                <w:rFonts w:ascii="Calibri Light" w:hAnsi="Calibri Light" w:cs="Calibri Light"/>
              </w:rPr>
            </w:pPr>
          </w:p>
          <w:p w14:paraId="6014D2BF" w14:textId="77777777" w:rsidR="006B067C" w:rsidRDefault="006B067C" w:rsidP="00DA4B2B">
            <w:pPr>
              <w:rPr>
                <w:rFonts w:ascii="Calibri Light" w:hAnsi="Calibri Light" w:cs="Calibri Light"/>
              </w:rPr>
            </w:pPr>
          </w:p>
          <w:p w14:paraId="4B4831C9" w14:textId="77777777" w:rsidR="006B067C" w:rsidRPr="0063296A" w:rsidRDefault="006B067C" w:rsidP="00DA4B2B">
            <w:pPr>
              <w:rPr>
                <w:rFonts w:ascii="Calibri Light" w:hAnsi="Calibri Light" w:cs="Calibri Light"/>
              </w:rPr>
            </w:pPr>
          </w:p>
        </w:tc>
      </w:tr>
      <w:tr w:rsidR="00B94AF2" w:rsidRPr="0063296A" w14:paraId="769B3F70" w14:textId="77777777" w:rsidTr="00B94AF2">
        <w:tc>
          <w:tcPr>
            <w:tcW w:w="8630" w:type="dxa"/>
          </w:tcPr>
          <w:p w14:paraId="7E1E9731" w14:textId="5532C99B" w:rsidR="00B94AF2" w:rsidRPr="006B067C" w:rsidRDefault="00B94AF2" w:rsidP="006B067C">
            <w:pPr>
              <w:spacing w:line="300" w:lineRule="atLeast"/>
              <w:rPr>
                <w:rFonts w:ascii="Calibri Light" w:hAnsi="Calibri Light" w:cs="Calibri Light"/>
                <w:sz w:val="21"/>
                <w:szCs w:val="21"/>
              </w:rPr>
            </w:pPr>
            <w:r w:rsidRPr="0063296A">
              <w:rPr>
                <w:rFonts w:ascii="Calibri Light" w:hAnsi="Calibri Light" w:cs="Calibri Light"/>
              </w:rPr>
              <w:t>What attracts you specifically to a research-intensive Professional Doctorate rather than a PhD, DBA or further taught postgraduate qualification?</w:t>
            </w:r>
            <w:r w:rsidRPr="0063296A">
              <w:rPr>
                <w:rFonts w:ascii="Calibri Light" w:hAnsi="Calibri Light" w:cs="Calibri Light"/>
              </w:rPr>
              <w:br/>
            </w:r>
            <w:r w:rsidRPr="006B067C">
              <w:rPr>
                <w:rFonts w:ascii="Calibri Light" w:hAnsi="Calibri Light" w:cs="Calibri Light"/>
                <w:i/>
                <w:iCs/>
                <w:sz w:val="21"/>
                <w:szCs w:val="21"/>
              </w:rPr>
              <w:t xml:space="preserve">Suggested word limit: </w:t>
            </w:r>
            <w:r w:rsidR="0063296A" w:rsidRPr="006B067C">
              <w:rPr>
                <w:rFonts w:ascii="Calibri Light" w:hAnsi="Calibri Light" w:cs="Calibri Light"/>
                <w:i/>
                <w:iCs/>
                <w:sz w:val="21"/>
                <w:szCs w:val="21"/>
              </w:rPr>
              <w:t>2</w:t>
            </w:r>
            <w:r w:rsidRPr="006B067C">
              <w:rPr>
                <w:rFonts w:ascii="Calibri Light" w:hAnsi="Calibri Light" w:cs="Calibri Light"/>
                <w:i/>
                <w:iCs/>
                <w:sz w:val="21"/>
                <w:szCs w:val="21"/>
              </w:rPr>
              <w:t>00 words</w:t>
            </w:r>
          </w:p>
        </w:tc>
      </w:tr>
      <w:tr w:rsidR="00B94AF2" w:rsidRPr="0063296A" w14:paraId="0EA64E0B" w14:textId="77777777" w:rsidTr="00B94AF2">
        <w:tc>
          <w:tcPr>
            <w:tcW w:w="8630" w:type="dxa"/>
          </w:tcPr>
          <w:p w14:paraId="7622F1CB" w14:textId="77777777" w:rsidR="00B94AF2" w:rsidRPr="0063296A" w:rsidRDefault="00B94AF2" w:rsidP="00DA4B2B">
            <w:pPr>
              <w:rPr>
                <w:rFonts w:ascii="Calibri Light" w:hAnsi="Calibri Light" w:cs="Calibri Light"/>
              </w:rPr>
            </w:pPr>
          </w:p>
          <w:p w14:paraId="461EAC14" w14:textId="77777777" w:rsidR="00B94AF2" w:rsidRPr="0063296A" w:rsidRDefault="00B94AF2" w:rsidP="00DA4B2B">
            <w:pPr>
              <w:rPr>
                <w:rFonts w:ascii="Calibri Light" w:hAnsi="Calibri Light" w:cs="Calibri Light"/>
              </w:rPr>
            </w:pPr>
          </w:p>
          <w:p w14:paraId="51F71486" w14:textId="77777777" w:rsidR="00B94AF2" w:rsidRPr="0063296A" w:rsidRDefault="00B94AF2" w:rsidP="00DA4B2B">
            <w:pPr>
              <w:rPr>
                <w:rFonts w:ascii="Calibri Light" w:hAnsi="Calibri Light" w:cs="Calibri Light"/>
              </w:rPr>
            </w:pPr>
          </w:p>
          <w:p w14:paraId="088D1CBF" w14:textId="77777777" w:rsidR="00B94AF2" w:rsidRPr="0063296A" w:rsidRDefault="00B94AF2" w:rsidP="00DA4B2B">
            <w:pPr>
              <w:rPr>
                <w:rFonts w:ascii="Calibri Light" w:hAnsi="Calibri Light" w:cs="Calibri Light"/>
              </w:rPr>
            </w:pPr>
          </w:p>
          <w:p w14:paraId="6152B2CC" w14:textId="77777777" w:rsidR="00B94AF2" w:rsidRDefault="00B94AF2" w:rsidP="00DA4B2B">
            <w:pPr>
              <w:rPr>
                <w:rFonts w:ascii="Calibri Light" w:hAnsi="Calibri Light" w:cs="Calibri Light"/>
              </w:rPr>
            </w:pPr>
          </w:p>
          <w:p w14:paraId="23B24C41" w14:textId="77777777" w:rsidR="006B067C" w:rsidRDefault="006B067C" w:rsidP="00DA4B2B">
            <w:pPr>
              <w:rPr>
                <w:rFonts w:ascii="Calibri Light" w:hAnsi="Calibri Light" w:cs="Calibri Light"/>
              </w:rPr>
            </w:pPr>
          </w:p>
          <w:p w14:paraId="24D1D4A0" w14:textId="77777777" w:rsidR="006B067C" w:rsidRDefault="006B067C" w:rsidP="00DA4B2B">
            <w:pPr>
              <w:rPr>
                <w:rFonts w:ascii="Calibri Light" w:hAnsi="Calibri Light" w:cs="Calibri Light"/>
              </w:rPr>
            </w:pPr>
          </w:p>
          <w:p w14:paraId="6770D23A" w14:textId="77777777" w:rsidR="006B067C" w:rsidRPr="0063296A" w:rsidRDefault="006B067C" w:rsidP="00DA4B2B">
            <w:pPr>
              <w:rPr>
                <w:rFonts w:ascii="Calibri Light" w:hAnsi="Calibri Light" w:cs="Calibri Light"/>
              </w:rPr>
            </w:pPr>
          </w:p>
          <w:p w14:paraId="1EC1DF75" w14:textId="77777777" w:rsidR="00B94AF2" w:rsidRPr="0063296A" w:rsidRDefault="00B94AF2" w:rsidP="00DA4B2B">
            <w:pPr>
              <w:rPr>
                <w:rFonts w:ascii="Calibri Light" w:hAnsi="Calibri Light" w:cs="Calibri Light"/>
              </w:rPr>
            </w:pPr>
          </w:p>
        </w:tc>
      </w:tr>
      <w:tr w:rsidR="00B94AF2" w:rsidRPr="0063296A" w14:paraId="41AA8286" w14:textId="77777777" w:rsidTr="00B94AF2">
        <w:tc>
          <w:tcPr>
            <w:tcW w:w="8630" w:type="dxa"/>
          </w:tcPr>
          <w:p w14:paraId="19573575" w14:textId="15F34739" w:rsidR="00B94AF2" w:rsidRPr="0063296A" w:rsidRDefault="00B94AF2" w:rsidP="00B94AF2">
            <w:pPr>
              <w:spacing w:after="200" w:line="276" w:lineRule="auto"/>
              <w:rPr>
                <w:rFonts w:ascii="Calibri Light" w:hAnsi="Calibri Light" w:cs="Calibri Light"/>
              </w:rPr>
            </w:pPr>
            <w:r w:rsidRPr="0063296A">
              <w:rPr>
                <w:rFonts w:ascii="Calibri Light" w:hAnsi="Calibri Light" w:cs="Calibri Light"/>
              </w:rPr>
              <w:t>What do you hope doctoral study will enable you to contribute to your profession, sector, organisation, or wider management practice?</w:t>
            </w:r>
            <w:r w:rsidRPr="0063296A">
              <w:rPr>
                <w:rFonts w:ascii="Calibri Light" w:hAnsi="Calibri Light" w:cs="Calibri Light"/>
              </w:rPr>
              <w:br/>
            </w:r>
            <w:r w:rsidRPr="006B067C">
              <w:rPr>
                <w:rFonts w:ascii="Calibri Light" w:hAnsi="Calibri Light" w:cs="Calibri Light"/>
                <w:i/>
                <w:iCs/>
                <w:sz w:val="21"/>
                <w:szCs w:val="21"/>
              </w:rPr>
              <w:t xml:space="preserve">Suggested word limit: </w:t>
            </w:r>
            <w:r w:rsidR="0063296A" w:rsidRPr="006B067C">
              <w:rPr>
                <w:rFonts w:ascii="Calibri Light" w:hAnsi="Calibri Light" w:cs="Calibri Light"/>
                <w:i/>
                <w:iCs/>
                <w:sz w:val="21"/>
                <w:szCs w:val="21"/>
              </w:rPr>
              <w:t>2</w:t>
            </w:r>
            <w:r w:rsidRPr="006B067C">
              <w:rPr>
                <w:rFonts w:ascii="Calibri Light" w:hAnsi="Calibri Light" w:cs="Calibri Light"/>
                <w:i/>
                <w:iCs/>
                <w:sz w:val="21"/>
                <w:szCs w:val="21"/>
              </w:rPr>
              <w:t>00 words</w:t>
            </w:r>
          </w:p>
        </w:tc>
      </w:tr>
      <w:tr w:rsidR="00B94AF2" w:rsidRPr="0063296A" w14:paraId="499598DB" w14:textId="77777777" w:rsidTr="00B94AF2">
        <w:tc>
          <w:tcPr>
            <w:tcW w:w="8630" w:type="dxa"/>
          </w:tcPr>
          <w:p w14:paraId="30DD80B3" w14:textId="77777777" w:rsidR="00B94AF2" w:rsidRPr="0063296A" w:rsidRDefault="00B94AF2" w:rsidP="00DA4B2B">
            <w:pPr>
              <w:rPr>
                <w:rFonts w:ascii="Calibri Light" w:hAnsi="Calibri Light" w:cs="Calibri Light"/>
              </w:rPr>
            </w:pPr>
          </w:p>
          <w:p w14:paraId="42216B77" w14:textId="77777777" w:rsidR="00B94AF2" w:rsidRPr="0063296A" w:rsidRDefault="00B94AF2" w:rsidP="00DA4B2B">
            <w:pPr>
              <w:rPr>
                <w:rFonts w:ascii="Calibri Light" w:hAnsi="Calibri Light" w:cs="Calibri Light"/>
              </w:rPr>
            </w:pPr>
          </w:p>
          <w:p w14:paraId="721D26AE" w14:textId="77777777" w:rsidR="00B94AF2" w:rsidRPr="0063296A" w:rsidRDefault="00B94AF2" w:rsidP="00DA4B2B">
            <w:pPr>
              <w:rPr>
                <w:rFonts w:ascii="Calibri Light" w:hAnsi="Calibri Light" w:cs="Calibri Light"/>
              </w:rPr>
            </w:pPr>
          </w:p>
          <w:p w14:paraId="3BBB6092" w14:textId="77777777" w:rsidR="00B94AF2" w:rsidRPr="0063296A" w:rsidRDefault="00B94AF2" w:rsidP="00DA4B2B">
            <w:pPr>
              <w:rPr>
                <w:rFonts w:ascii="Calibri Light" w:hAnsi="Calibri Light" w:cs="Calibri Light"/>
              </w:rPr>
            </w:pPr>
          </w:p>
          <w:p w14:paraId="79162A8A" w14:textId="77777777" w:rsidR="00B94AF2" w:rsidRPr="0063296A" w:rsidRDefault="00B94AF2" w:rsidP="00DA4B2B">
            <w:pPr>
              <w:rPr>
                <w:rFonts w:ascii="Calibri Light" w:hAnsi="Calibri Light" w:cs="Calibri Light"/>
              </w:rPr>
            </w:pPr>
          </w:p>
          <w:p w14:paraId="455E3149" w14:textId="77777777" w:rsidR="00B94AF2" w:rsidRPr="0063296A" w:rsidRDefault="00B94AF2" w:rsidP="00DA4B2B">
            <w:pPr>
              <w:rPr>
                <w:rFonts w:ascii="Calibri Light" w:hAnsi="Calibri Light" w:cs="Calibri Light"/>
              </w:rPr>
            </w:pPr>
          </w:p>
        </w:tc>
      </w:tr>
    </w:tbl>
    <w:p w14:paraId="7A71C774" w14:textId="17126A07" w:rsidR="00DA4B2B" w:rsidRDefault="00DA4B2B" w:rsidP="006B067C">
      <w:pPr>
        <w:pStyle w:val="Heading1"/>
        <w:rPr>
          <w:rFonts w:ascii="Calibri Light" w:hAnsi="Calibri Light" w:cs="Calibri Light"/>
          <w:b w:val="0"/>
          <w:bCs w:val="0"/>
        </w:rPr>
      </w:pPr>
      <w:r w:rsidRPr="006B067C">
        <w:rPr>
          <w:rFonts w:ascii="Calibri Light" w:hAnsi="Calibri Light" w:cs="Calibri Light"/>
          <w:b w:val="0"/>
          <w:bCs w:val="0"/>
        </w:rPr>
        <w:lastRenderedPageBreak/>
        <w:t>Broad Area of Potential Research Interest</w:t>
      </w:r>
    </w:p>
    <w:p w14:paraId="65EEBF95" w14:textId="77777777" w:rsidR="006B067C" w:rsidRPr="006B067C" w:rsidRDefault="006B067C" w:rsidP="006B067C">
      <w:pPr>
        <w:rPr>
          <w:lang w:val="en-US" w:eastAsia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B94AF2" w:rsidRPr="0063296A" w14:paraId="3D2EF974" w14:textId="77777777" w:rsidTr="00B94AF2">
        <w:tc>
          <w:tcPr>
            <w:tcW w:w="8630" w:type="dxa"/>
          </w:tcPr>
          <w:p w14:paraId="3D2C6417" w14:textId="732B6FF1" w:rsidR="00B94AF2" w:rsidRPr="0063296A" w:rsidRDefault="00B94AF2" w:rsidP="00B94AF2">
            <w:pPr>
              <w:spacing w:line="300" w:lineRule="atLeast"/>
              <w:rPr>
                <w:rStyle w:val="Emphasis"/>
                <w:rFonts w:ascii="Calibri Light" w:hAnsi="Calibri Light" w:cs="Calibri Light"/>
                <w:i w:val="0"/>
                <w:iCs w:val="0"/>
                <w:sz w:val="21"/>
                <w:szCs w:val="21"/>
              </w:rPr>
            </w:pPr>
            <w:r w:rsidRPr="0063296A">
              <w:rPr>
                <w:rStyle w:val="Strong"/>
                <w:rFonts w:ascii="Calibri Light" w:hAnsi="Calibri Light" w:cs="Calibri Light"/>
                <w:b w:val="0"/>
                <w:bCs w:val="0"/>
              </w:rPr>
              <w:t xml:space="preserve">Please describe a broad area of management, leadership, organisational or professional practice that you may wish to explore during the </w:t>
            </w:r>
            <w:r w:rsidR="0063296A" w:rsidRPr="0063296A">
              <w:rPr>
                <w:rStyle w:val="Strong"/>
                <w:rFonts w:ascii="Calibri Light" w:hAnsi="Calibri Light" w:cs="Calibri Light"/>
                <w:b w:val="0"/>
                <w:bCs w:val="0"/>
              </w:rPr>
              <w:t>Professional Doctorate in management</w:t>
            </w:r>
            <w:r w:rsidRPr="0063296A">
              <w:rPr>
                <w:rFonts w:ascii="Calibri Light" w:hAnsi="Calibri Light" w:cs="Calibri Light"/>
                <w:sz w:val="21"/>
                <w:szCs w:val="21"/>
              </w:rPr>
              <w:br/>
            </w:r>
            <w:r w:rsidRPr="0063296A">
              <w:rPr>
                <w:rStyle w:val="Emphasis"/>
                <w:rFonts w:ascii="Calibri Light" w:hAnsi="Calibri Light" w:cs="Calibri Light"/>
                <w:i w:val="0"/>
                <w:iCs w:val="0"/>
                <w:sz w:val="21"/>
                <w:szCs w:val="21"/>
              </w:rPr>
              <w:t>You are not expected to provide a full research proposal at this stage. We are interested in the issue, question or area of curiosity that you may want to investigate further.</w:t>
            </w:r>
          </w:p>
          <w:p w14:paraId="586F341C" w14:textId="7DB17C7A" w:rsidR="00B94AF2" w:rsidRPr="006B067C" w:rsidRDefault="0063296A" w:rsidP="0063296A">
            <w:pPr>
              <w:spacing w:line="300" w:lineRule="atLeast"/>
              <w:rPr>
                <w:rStyle w:val="Strong"/>
                <w:rFonts w:ascii="Calibri Light" w:hAnsi="Calibri Light" w:cs="Calibri Light"/>
                <w:b w:val="0"/>
                <w:bCs w:val="0"/>
                <w:i/>
                <w:iCs/>
                <w:sz w:val="21"/>
                <w:szCs w:val="21"/>
              </w:rPr>
            </w:pPr>
            <w:r w:rsidRPr="006B067C">
              <w:rPr>
                <w:rFonts w:ascii="Calibri Light" w:hAnsi="Calibri Light" w:cs="Calibri Light"/>
                <w:i/>
                <w:iCs/>
                <w:sz w:val="21"/>
                <w:szCs w:val="21"/>
              </w:rPr>
              <w:t>Suggested word limit: 200 words</w:t>
            </w:r>
          </w:p>
        </w:tc>
      </w:tr>
      <w:tr w:rsidR="00B94AF2" w:rsidRPr="0063296A" w14:paraId="6EC65473" w14:textId="77777777" w:rsidTr="00B94AF2">
        <w:tc>
          <w:tcPr>
            <w:tcW w:w="8630" w:type="dxa"/>
          </w:tcPr>
          <w:p w14:paraId="57FD3FE0" w14:textId="77777777" w:rsidR="00B94AF2" w:rsidRPr="0063296A" w:rsidRDefault="00B94AF2" w:rsidP="00DA4B2B">
            <w:pPr>
              <w:pStyle w:val="NormalWeb"/>
              <w:spacing w:line="300" w:lineRule="atLeast"/>
              <w:rPr>
                <w:rStyle w:val="Strong"/>
                <w:rFonts w:ascii="Calibri Light" w:hAnsi="Calibri Light" w:cs="Calibri Light"/>
                <w:b w:val="0"/>
                <w:bCs w:val="0"/>
                <w:sz w:val="21"/>
                <w:szCs w:val="21"/>
              </w:rPr>
            </w:pPr>
          </w:p>
          <w:p w14:paraId="6ED3F2A4" w14:textId="77777777" w:rsidR="0063296A" w:rsidRDefault="0063296A" w:rsidP="00DA4B2B">
            <w:pPr>
              <w:pStyle w:val="NormalWeb"/>
              <w:spacing w:line="300" w:lineRule="atLeast"/>
              <w:rPr>
                <w:rStyle w:val="Strong"/>
                <w:rFonts w:ascii="Calibri Light" w:hAnsi="Calibri Light" w:cs="Calibri Light"/>
                <w:b w:val="0"/>
                <w:bCs w:val="0"/>
              </w:rPr>
            </w:pPr>
          </w:p>
          <w:p w14:paraId="4E24A477" w14:textId="77777777" w:rsidR="0063296A" w:rsidRPr="0063296A" w:rsidRDefault="0063296A" w:rsidP="00DA4B2B">
            <w:pPr>
              <w:pStyle w:val="NormalWeb"/>
              <w:spacing w:line="300" w:lineRule="atLeast"/>
              <w:rPr>
                <w:rStyle w:val="Strong"/>
                <w:rFonts w:ascii="Calibri Light" w:hAnsi="Calibri Light" w:cs="Calibri Light"/>
                <w:b w:val="0"/>
                <w:bCs w:val="0"/>
                <w:sz w:val="21"/>
                <w:szCs w:val="21"/>
              </w:rPr>
            </w:pPr>
          </w:p>
        </w:tc>
      </w:tr>
      <w:tr w:rsidR="00B94AF2" w:rsidRPr="0063296A" w14:paraId="034176A5" w14:textId="77777777" w:rsidTr="00B94AF2">
        <w:tc>
          <w:tcPr>
            <w:tcW w:w="8630" w:type="dxa"/>
          </w:tcPr>
          <w:p w14:paraId="49A2BD35" w14:textId="01D76646" w:rsidR="00B94AF2" w:rsidRPr="0063296A" w:rsidRDefault="00B94AF2" w:rsidP="0063296A">
            <w:pPr>
              <w:spacing w:line="300" w:lineRule="atLeast"/>
              <w:rPr>
                <w:rStyle w:val="Strong"/>
                <w:rFonts w:ascii="Calibri Light" w:hAnsi="Calibri Light" w:cs="Calibri Light"/>
                <w:b w:val="0"/>
                <w:bCs w:val="0"/>
                <w:sz w:val="21"/>
                <w:szCs w:val="21"/>
              </w:rPr>
            </w:pPr>
            <w:r w:rsidRPr="006B067C">
              <w:rPr>
                <w:rStyle w:val="Strong"/>
                <w:rFonts w:ascii="Calibri Light" w:hAnsi="Calibri Light" w:cs="Calibri Light"/>
                <w:b w:val="0"/>
                <w:bCs w:val="0"/>
              </w:rPr>
              <w:t>Why does this area matter to you professionally and intellectually?</w:t>
            </w:r>
            <w:r w:rsidRPr="0063296A">
              <w:rPr>
                <w:rFonts w:ascii="Calibri Light" w:hAnsi="Calibri Light" w:cs="Calibri Light"/>
                <w:sz w:val="21"/>
                <w:szCs w:val="21"/>
              </w:rPr>
              <w:br/>
            </w:r>
            <w:r w:rsidRPr="006B067C">
              <w:rPr>
                <w:rStyle w:val="Emphasis"/>
                <w:rFonts w:ascii="Calibri Light" w:hAnsi="Calibri Light" w:cs="Calibri Light"/>
                <w:sz w:val="21"/>
                <w:szCs w:val="21"/>
              </w:rPr>
              <w:t xml:space="preserve">Suggested word limit: </w:t>
            </w:r>
            <w:r w:rsidR="006B067C">
              <w:rPr>
                <w:rStyle w:val="Emphasis"/>
                <w:rFonts w:ascii="Calibri Light" w:hAnsi="Calibri Light" w:cs="Calibri Light"/>
                <w:sz w:val="21"/>
                <w:szCs w:val="21"/>
              </w:rPr>
              <w:t>2</w:t>
            </w:r>
            <w:r w:rsidRPr="006B067C">
              <w:rPr>
                <w:rStyle w:val="Emphasis"/>
                <w:rFonts w:ascii="Calibri Light" w:hAnsi="Calibri Light" w:cs="Calibri Light"/>
                <w:sz w:val="21"/>
                <w:szCs w:val="21"/>
              </w:rPr>
              <w:t>00 words</w:t>
            </w:r>
          </w:p>
        </w:tc>
      </w:tr>
      <w:tr w:rsidR="00B94AF2" w:rsidRPr="0063296A" w14:paraId="72307C00" w14:textId="77777777" w:rsidTr="00B94AF2">
        <w:tc>
          <w:tcPr>
            <w:tcW w:w="8630" w:type="dxa"/>
          </w:tcPr>
          <w:p w14:paraId="1318C87C" w14:textId="77777777" w:rsidR="00B94AF2" w:rsidRDefault="00B94AF2" w:rsidP="00DA4B2B">
            <w:pPr>
              <w:pStyle w:val="NormalWeb"/>
              <w:spacing w:line="300" w:lineRule="atLeast"/>
              <w:rPr>
                <w:rStyle w:val="Strong"/>
                <w:rFonts w:ascii="Calibri Light" w:hAnsi="Calibri Light" w:cs="Calibri Light"/>
                <w:b w:val="0"/>
                <w:bCs w:val="0"/>
                <w:sz w:val="21"/>
                <w:szCs w:val="21"/>
              </w:rPr>
            </w:pPr>
          </w:p>
          <w:p w14:paraId="6F2BEF09" w14:textId="77777777" w:rsidR="006B067C" w:rsidRDefault="006B067C" w:rsidP="00DA4B2B">
            <w:pPr>
              <w:pStyle w:val="NormalWeb"/>
              <w:spacing w:line="300" w:lineRule="atLeast"/>
              <w:rPr>
                <w:rStyle w:val="Strong"/>
              </w:rPr>
            </w:pPr>
          </w:p>
          <w:p w14:paraId="017149FF" w14:textId="77777777" w:rsidR="0063296A" w:rsidRPr="0063296A" w:rsidRDefault="0063296A" w:rsidP="00DA4B2B">
            <w:pPr>
              <w:pStyle w:val="NormalWeb"/>
              <w:spacing w:line="300" w:lineRule="atLeast"/>
              <w:rPr>
                <w:rStyle w:val="Strong"/>
                <w:rFonts w:ascii="Calibri Light" w:hAnsi="Calibri Light" w:cs="Calibri Light"/>
                <w:b w:val="0"/>
                <w:bCs w:val="0"/>
                <w:sz w:val="21"/>
                <w:szCs w:val="21"/>
              </w:rPr>
            </w:pPr>
          </w:p>
        </w:tc>
      </w:tr>
      <w:tr w:rsidR="00B94AF2" w:rsidRPr="0063296A" w14:paraId="524897AA" w14:textId="77777777" w:rsidTr="00B94AF2">
        <w:tc>
          <w:tcPr>
            <w:tcW w:w="8630" w:type="dxa"/>
          </w:tcPr>
          <w:p w14:paraId="4911FDF6" w14:textId="69F51F2C" w:rsidR="00B94AF2" w:rsidRPr="0063296A" w:rsidRDefault="00B94AF2" w:rsidP="006B067C">
            <w:pPr>
              <w:spacing w:line="300" w:lineRule="atLeast"/>
              <w:rPr>
                <w:rStyle w:val="Strong"/>
                <w:rFonts w:ascii="Calibri Light" w:hAnsi="Calibri Light" w:cs="Calibri Light"/>
                <w:b w:val="0"/>
                <w:bCs w:val="0"/>
                <w:sz w:val="21"/>
                <w:szCs w:val="21"/>
              </w:rPr>
            </w:pPr>
            <w:r w:rsidRPr="006B067C">
              <w:rPr>
                <w:rStyle w:val="Strong"/>
                <w:rFonts w:ascii="Calibri Light" w:hAnsi="Calibri Light" w:cs="Calibri Light"/>
                <w:b w:val="0"/>
                <w:bCs w:val="0"/>
              </w:rPr>
              <w:t>What do you currently know about this topic, and what would you like to understand more deeply through doctoral study?</w:t>
            </w:r>
            <w:r w:rsidRPr="0063296A">
              <w:rPr>
                <w:rFonts w:ascii="Calibri Light" w:hAnsi="Calibri Light" w:cs="Calibri Light"/>
                <w:sz w:val="21"/>
                <w:szCs w:val="21"/>
              </w:rPr>
              <w:br/>
            </w:r>
            <w:r w:rsidRPr="006B067C">
              <w:rPr>
                <w:rStyle w:val="Emphasis"/>
                <w:rFonts w:ascii="Calibri Light" w:hAnsi="Calibri Light" w:cs="Calibri Light"/>
                <w:sz w:val="21"/>
                <w:szCs w:val="21"/>
              </w:rPr>
              <w:t>Suggested word limit: 300 words</w:t>
            </w:r>
          </w:p>
        </w:tc>
      </w:tr>
      <w:tr w:rsidR="00B94AF2" w:rsidRPr="0063296A" w14:paraId="04514FF5" w14:textId="77777777" w:rsidTr="00B94AF2">
        <w:tc>
          <w:tcPr>
            <w:tcW w:w="8630" w:type="dxa"/>
          </w:tcPr>
          <w:p w14:paraId="7B6E5CD6" w14:textId="77777777" w:rsidR="00B94AF2" w:rsidRDefault="00B94AF2" w:rsidP="00DA4B2B">
            <w:pPr>
              <w:pStyle w:val="NormalWeb"/>
              <w:spacing w:line="300" w:lineRule="atLeast"/>
              <w:rPr>
                <w:rStyle w:val="Strong"/>
                <w:rFonts w:ascii="Calibri Light" w:hAnsi="Calibri Light" w:cs="Calibri Light"/>
                <w:b w:val="0"/>
                <w:bCs w:val="0"/>
                <w:sz w:val="21"/>
                <w:szCs w:val="21"/>
              </w:rPr>
            </w:pPr>
          </w:p>
          <w:p w14:paraId="3496E86B" w14:textId="77777777" w:rsidR="006B067C" w:rsidRDefault="006B067C" w:rsidP="00DA4B2B">
            <w:pPr>
              <w:pStyle w:val="NormalWeb"/>
              <w:spacing w:line="300" w:lineRule="atLeast"/>
              <w:rPr>
                <w:rStyle w:val="Strong"/>
              </w:rPr>
            </w:pPr>
          </w:p>
          <w:p w14:paraId="45EF31AB" w14:textId="77777777" w:rsidR="006B067C" w:rsidRPr="0063296A" w:rsidRDefault="006B067C" w:rsidP="00DA4B2B">
            <w:pPr>
              <w:pStyle w:val="NormalWeb"/>
              <w:spacing w:line="300" w:lineRule="atLeast"/>
              <w:rPr>
                <w:rStyle w:val="Strong"/>
                <w:rFonts w:ascii="Calibri Light" w:hAnsi="Calibri Light" w:cs="Calibri Light"/>
                <w:b w:val="0"/>
                <w:bCs w:val="0"/>
                <w:sz w:val="21"/>
                <w:szCs w:val="21"/>
              </w:rPr>
            </w:pPr>
          </w:p>
        </w:tc>
      </w:tr>
      <w:tr w:rsidR="00B94AF2" w:rsidRPr="0063296A" w14:paraId="2B9484E7" w14:textId="77777777" w:rsidTr="00B94AF2">
        <w:tc>
          <w:tcPr>
            <w:tcW w:w="8630" w:type="dxa"/>
          </w:tcPr>
          <w:p w14:paraId="3E750D85" w14:textId="7E699980" w:rsidR="00B94AF2" w:rsidRPr="0063296A" w:rsidRDefault="00B94AF2" w:rsidP="006B067C">
            <w:pPr>
              <w:spacing w:line="300" w:lineRule="atLeast"/>
              <w:rPr>
                <w:rStyle w:val="Strong"/>
                <w:rFonts w:ascii="Calibri Light" w:hAnsi="Calibri Light" w:cs="Calibri Light"/>
                <w:b w:val="0"/>
                <w:bCs w:val="0"/>
                <w:sz w:val="21"/>
                <w:szCs w:val="21"/>
              </w:rPr>
            </w:pPr>
            <w:r w:rsidRPr="006B067C">
              <w:rPr>
                <w:rStyle w:val="Strong"/>
                <w:rFonts w:ascii="Calibri Light" w:hAnsi="Calibri Light" w:cs="Calibri Light"/>
                <w:b w:val="0"/>
                <w:bCs w:val="0"/>
              </w:rPr>
              <w:t>How might research in this area contribute to management knowledge, professional practice, or wider organisational change?</w:t>
            </w:r>
            <w:r w:rsidRPr="0063296A">
              <w:rPr>
                <w:rFonts w:ascii="Calibri Light" w:hAnsi="Calibri Light" w:cs="Calibri Light"/>
                <w:sz w:val="21"/>
                <w:szCs w:val="21"/>
              </w:rPr>
              <w:br/>
            </w:r>
            <w:r w:rsidRPr="006B067C">
              <w:rPr>
                <w:rStyle w:val="Emphasis"/>
                <w:rFonts w:ascii="Calibri Light" w:hAnsi="Calibri Light" w:cs="Calibri Light"/>
                <w:sz w:val="21"/>
                <w:szCs w:val="21"/>
              </w:rPr>
              <w:t>Suggested word limit: 300 words</w:t>
            </w:r>
          </w:p>
        </w:tc>
      </w:tr>
      <w:tr w:rsidR="00B94AF2" w:rsidRPr="0063296A" w14:paraId="5F612BD0" w14:textId="77777777" w:rsidTr="00B94AF2">
        <w:tc>
          <w:tcPr>
            <w:tcW w:w="8630" w:type="dxa"/>
          </w:tcPr>
          <w:p w14:paraId="10D8C02B" w14:textId="77777777" w:rsidR="00B94AF2" w:rsidRDefault="00B94AF2" w:rsidP="00DA4B2B">
            <w:pPr>
              <w:pStyle w:val="NormalWeb"/>
              <w:spacing w:line="300" w:lineRule="atLeast"/>
              <w:rPr>
                <w:rStyle w:val="Strong"/>
                <w:rFonts w:ascii="Calibri Light" w:hAnsi="Calibri Light" w:cs="Calibri Light"/>
                <w:b w:val="0"/>
                <w:bCs w:val="0"/>
                <w:sz w:val="21"/>
                <w:szCs w:val="21"/>
              </w:rPr>
            </w:pPr>
          </w:p>
          <w:p w14:paraId="48A85F4C" w14:textId="77777777" w:rsidR="006B067C" w:rsidRDefault="006B067C" w:rsidP="00DA4B2B">
            <w:pPr>
              <w:pStyle w:val="NormalWeb"/>
              <w:spacing w:line="300" w:lineRule="atLeast"/>
              <w:rPr>
                <w:rStyle w:val="Strong"/>
              </w:rPr>
            </w:pPr>
          </w:p>
          <w:p w14:paraId="0093786D" w14:textId="77777777" w:rsidR="006B067C" w:rsidRDefault="006B067C" w:rsidP="00DA4B2B">
            <w:pPr>
              <w:pStyle w:val="NormalWeb"/>
              <w:spacing w:line="300" w:lineRule="atLeast"/>
              <w:rPr>
                <w:rStyle w:val="Strong"/>
                <w:rFonts w:ascii="Calibri Light" w:hAnsi="Calibri Light" w:cs="Calibri Light"/>
                <w:b w:val="0"/>
                <w:bCs w:val="0"/>
                <w:sz w:val="21"/>
                <w:szCs w:val="21"/>
              </w:rPr>
            </w:pPr>
          </w:p>
          <w:p w14:paraId="7BBB66BC" w14:textId="77777777" w:rsidR="006B067C" w:rsidRPr="0063296A" w:rsidRDefault="006B067C" w:rsidP="00DA4B2B">
            <w:pPr>
              <w:pStyle w:val="NormalWeb"/>
              <w:spacing w:line="300" w:lineRule="atLeast"/>
              <w:rPr>
                <w:rStyle w:val="Strong"/>
                <w:rFonts w:ascii="Calibri Light" w:hAnsi="Calibri Light" w:cs="Calibri Light"/>
                <w:b w:val="0"/>
                <w:bCs w:val="0"/>
                <w:sz w:val="21"/>
                <w:szCs w:val="21"/>
              </w:rPr>
            </w:pPr>
          </w:p>
        </w:tc>
      </w:tr>
    </w:tbl>
    <w:p w14:paraId="086AAACE" w14:textId="77777777" w:rsidR="00B94AF2" w:rsidRPr="0063296A" w:rsidRDefault="00B94AF2" w:rsidP="00DA4B2B">
      <w:pPr>
        <w:pStyle w:val="NormalWeb"/>
        <w:spacing w:line="300" w:lineRule="atLeast"/>
        <w:rPr>
          <w:rStyle w:val="Strong"/>
          <w:rFonts w:ascii="Calibri Light" w:hAnsi="Calibri Light" w:cs="Calibri Light"/>
          <w:b w:val="0"/>
          <w:bCs w:val="0"/>
          <w:sz w:val="21"/>
          <w:szCs w:val="21"/>
        </w:rPr>
      </w:pPr>
    </w:p>
    <w:p w14:paraId="1C8490D4" w14:textId="478BC626" w:rsidR="0064659F" w:rsidRPr="0063296A" w:rsidRDefault="00DA4B2B" w:rsidP="0063296A">
      <w:pPr>
        <w:pStyle w:val="Heading1"/>
        <w:rPr>
          <w:rFonts w:ascii="Calibri Light" w:hAnsi="Calibri Light" w:cs="Calibri Light"/>
          <w:b w:val="0"/>
          <w:bCs w:val="0"/>
        </w:rPr>
      </w:pPr>
      <w:r w:rsidRPr="0063296A">
        <w:rPr>
          <w:rFonts w:ascii="Calibri Light" w:hAnsi="Calibri Light" w:cs="Calibri Light"/>
          <w:b w:val="0"/>
          <w:bCs w:val="0"/>
        </w:rPr>
        <w:lastRenderedPageBreak/>
        <w:t>Professional, Managerial or Leadership Experience</w:t>
      </w:r>
    </w:p>
    <w:p w14:paraId="206CB76F" w14:textId="77777777" w:rsidR="0063296A" w:rsidRPr="0063296A" w:rsidRDefault="0063296A" w:rsidP="0063296A">
      <w:pPr>
        <w:rPr>
          <w:rFonts w:ascii="Calibri Light" w:hAnsi="Calibri Light" w:cs="Calibri Light"/>
          <w:lang w:val="en-US" w:eastAsia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63296A" w:rsidRPr="0063296A" w14:paraId="73237F1D" w14:textId="77777777" w:rsidTr="0063296A">
        <w:tc>
          <w:tcPr>
            <w:tcW w:w="8630" w:type="dxa"/>
          </w:tcPr>
          <w:p w14:paraId="470230F1" w14:textId="77777777" w:rsidR="006B067C" w:rsidRDefault="0063296A" w:rsidP="0063296A">
            <w:pPr>
              <w:spacing w:line="300" w:lineRule="atLeast"/>
              <w:rPr>
                <w:rFonts w:ascii="Calibri Light" w:hAnsi="Calibri Light" w:cs="Calibri Light"/>
              </w:rPr>
            </w:pPr>
            <w:r w:rsidRPr="0063296A">
              <w:rPr>
                <w:rFonts w:ascii="Calibri Light" w:hAnsi="Calibri Light" w:cs="Calibri Light"/>
              </w:rPr>
              <w:t xml:space="preserve">Please summarise your professional career to date, highlighting roles that demonstrate senior-level responsibility, leadership, management, advisory or organisational influence. </w:t>
            </w:r>
          </w:p>
          <w:p w14:paraId="09FE4B42" w14:textId="3A009C7A" w:rsidR="0063296A" w:rsidRPr="006B067C" w:rsidRDefault="0063296A" w:rsidP="006B067C">
            <w:pPr>
              <w:spacing w:line="300" w:lineRule="atLeast"/>
              <w:rPr>
                <w:rFonts w:ascii="Calibri Light" w:hAnsi="Calibri Light" w:cs="Calibri Light"/>
                <w:sz w:val="21"/>
                <w:szCs w:val="21"/>
              </w:rPr>
            </w:pPr>
            <w:r w:rsidRPr="0063296A">
              <w:rPr>
                <w:rFonts w:ascii="Calibri Light" w:hAnsi="Calibri Light" w:cs="Calibri Light"/>
                <w:sz w:val="21"/>
                <w:szCs w:val="21"/>
              </w:rPr>
              <w:t>In your answer, focus on responsibilities and impact rather than job titles alone.</w:t>
            </w:r>
            <w:r w:rsidRPr="0063296A">
              <w:rPr>
                <w:rFonts w:ascii="Calibri Light" w:hAnsi="Calibri Light" w:cs="Calibri Light"/>
              </w:rPr>
              <w:br/>
            </w:r>
            <w:r w:rsidRPr="006B067C">
              <w:rPr>
                <w:rFonts w:ascii="Calibri Light" w:hAnsi="Calibri Light" w:cs="Calibri Light"/>
                <w:i/>
                <w:iCs/>
                <w:sz w:val="21"/>
                <w:szCs w:val="21"/>
              </w:rPr>
              <w:t>Suggested word limit: 500 words</w:t>
            </w:r>
          </w:p>
          <w:p w14:paraId="5531D0C9" w14:textId="77777777" w:rsidR="0063296A" w:rsidRPr="0063296A" w:rsidRDefault="0063296A" w:rsidP="0063296A">
            <w:pPr>
              <w:rPr>
                <w:rFonts w:ascii="Calibri Light" w:hAnsi="Calibri Light" w:cs="Calibri Light"/>
                <w:lang w:val="en-US" w:eastAsia="en-US"/>
              </w:rPr>
            </w:pPr>
          </w:p>
        </w:tc>
      </w:tr>
      <w:tr w:rsidR="0063296A" w:rsidRPr="0063296A" w14:paraId="6127A7D2" w14:textId="77777777" w:rsidTr="0063296A">
        <w:tc>
          <w:tcPr>
            <w:tcW w:w="8630" w:type="dxa"/>
          </w:tcPr>
          <w:p w14:paraId="022718F6" w14:textId="77777777" w:rsidR="0063296A" w:rsidRDefault="0063296A" w:rsidP="0063296A">
            <w:pPr>
              <w:rPr>
                <w:rFonts w:ascii="Calibri Light" w:hAnsi="Calibri Light" w:cs="Calibri Light"/>
                <w:lang w:val="en-US" w:eastAsia="en-US"/>
              </w:rPr>
            </w:pPr>
          </w:p>
          <w:p w14:paraId="214A30F2" w14:textId="77777777" w:rsidR="006B067C" w:rsidRDefault="006B067C" w:rsidP="0063296A">
            <w:pPr>
              <w:rPr>
                <w:rFonts w:ascii="Calibri Light" w:hAnsi="Calibri Light" w:cs="Calibri Light"/>
                <w:lang w:val="en-US" w:eastAsia="en-US"/>
              </w:rPr>
            </w:pPr>
          </w:p>
          <w:p w14:paraId="7C0F489A" w14:textId="77777777" w:rsidR="006B067C" w:rsidRDefault="006B067C" w:rsidP="0063296A">
            <w:pPr>
              <w:rPr>
                <w:rFonts w:ascii="Calibri Light" w:hAnsi="Calibri Light" w:cs="Calibri Light"/>
                <w:lang w:val="en-US" w:eastAsia="en-US"/>
              </w:rPr>
            </w:pPr>
          </w:p>
          <w:p w14:paraId="37E34B48" w14:textId="77777777" w:rsidR="006B067C" w:rsidRDefault="006B067C" w:rsidP="0063296A">
            <w:pPr>
              <w:rPr>
                <w:rFonts w:ascii="Calibri Light" w:hAnsi="Calibri Light" w:cs="Calibri Light"/>
                <w:lang w:val="en-US" w:eastAsia="en-US"/>
              </w:rPr>
            </w:pPr>
          </w:p>
          <w:p w14:paraId="1A4E9C9F" w14:textId="77777777" w:rsidR="006B067C" w:rsidRDefault="006B067C" w:rsidP="0063296A">
            <w:pPr>
              <w:rPr>
                <w:rFonts w:ascii="Calibri Light" w:hAnsi="Calibri Light" w:cs="Calibri Light"/>
                <w:lang w:val="en-US" w:eastAsia="en-US"/>
              </w:rPr>
            </w:pPr>
          </w:p>
          <w:p w14:paraId="79CAAB80" w14:textId="77777777" w:rsidR="006B067C" w:rsidRDefault="006B067C" w:rsidP="0063296A">
            <w:pPr>
              <w:rPr>
                <w:rFonts w:ascii="Calibri Light" w:hAnsi="Calibri Light" w:cs="Calibri Light"/>
                <w:lang w:val="en-US" w:eastAsia="en-US"/>
              </w:rPr>
            </w:pPr>
          </w:p>
          <w:p w14:paraId="0FB5DF0A" w14:textId="77777777" w:rsidR="006B067C" w:rsidRDefault="006B067C" w:rsidP="0063296A">
            <w:pPr>
              <w:rPr>
                <w:rFonts w:ascii="Calibri Light" w:hAnsi="Calibri Light" w:cs="Calibri Light"/>
                <w:lang w:val="en-US" w:eastAsia="en-US"/>
              </w:rPr>
            </w:pPr>
          </w:p>
          <w:p w14:paraId="0A317FB5" w14:textId="77777777" w:rsidR="006B067C" w:rsidRDefault="006B067C" w:rsidP="0063296A">
            <w:pPr>
              <w:rPr>
                <w:rFonts w:ascii="Calibri Light" w:hAnsi="Calibri Light" w:cs="Calibri Light"/>
                <w:lang w:val="en-US" w:eastAsia="en-US"/>
              </w:rPr>
            </w:pPr>
          </w:p>
          <w:p w14:paraId="2C5CDFAE" w14:textId="77777777" w:rsidR="006B067C" w:rsidRDefault="006B067C" w:rsidP="0063296A">
            <w:pPr>
              <w:rPr>
                <w:rFonts w:ascii="Calibri Light" w:hAnsi="Calibri Light" w:cs="Calibri Light"/>
                <w:lang w:val="en-US" w:eastAsia="en-US"/>
              </w:rPr>
            </w:pPr>
          </w:p>
          <w:p w14:paraId="02799C3B" w14:textId="77777777" w:rsidR="006B067C" w:rsidRDefault="006B067C" w:rsidP="0063296A">
            <w:pPr>
              <w:rPr>
                <w:rFonts w:ascii="Calibri Light" w:hAnsi="Calibri Light" w:cs="Calibri Light"/>
                <w:lang w:val="en-US" w:eastAsia="en-US"/>
              </w:rPr>
            </w:pPr>
          </w:p>
          <w:p w14:paraId="4293AC67" w14:textId="77777777" w:rsidR="006B067C" w:rsidRDefault="006B067C" w:rsidP="0063296A">
            <w:pPr>
              <w:rPr>
                <w:rFonts w:ascii="Calibri Light" w:hAnsi="Calibri Light" w:cs="Calibri Light"/>
                <w:lang w:val="en-US" w:eastAsia="en-US"/>
              </w:rPr>
            </w:pPr>
          </w:p>
          <w:p w14:paraId="441701A5" w14:textId="77777777" w:rsidR="006B067C" w:rsidRDefault="006B067C" w:rsidP="0063296A">
            <w:pPr>
              <w:rPr>
                <w:rFonts w:ascii="Calibri Light" w:hAnsi="Calibri Light" w:cs="Calibri Light"/>
                <w:lang w:val="en-US" w:eastAsia="en-US"/>
              </w:rPr>
            </w:pPr>
          </w:p>
          <w:p w14:paraId="3C983885" w14:textId="77777777" w:rsidR="006B067C" w:rsidRDefault="006B067C" w:rsidP="0063296A">
            <w:pPr>
              <w:rPr>
                <w:rFonts w:ascii="Calibri Light" w:hAnsi="Calibri Light" w:cs="Calibri Light"/>
                <w:lang w:val="en-US" w:eastAsia="en-US"/>
              </w:rPr>
            </w:pPr>
          </w:p>
          <w:p w14:paraId="0D909259" w14:textId="77777777" w:rsidR="006B067C" w:rsidRDefault="006B067C" w:rsidP="0063296A">
            <w:pPr>
              <w:rPr>
                <w:rFonts w:ascii="Calibri Light" w:hAnsi="Calibri Light" w:cs="Calibri Light"/>
                <w:lang w:val="en-US" w:eastAsia="en-US"/>
              </w:rPr>
            </w:pPr>
          </w:p>
          <w:p w14:paraId="234366DA" w14:textId="77777777" w:rsidR="006B067C" w:rsidRDefault="006B067C" w:rsidP="0063296A">
            <w:pPr>
              <w:rPr>
                <w:rFonts w:ascii="Calibri Light" w:hAnsi="Calibri Light" w:cs="Calibri Light"/>
                <w:lang w:val="en-US" w:eastAsia="en-US"/>
              </w:rPr>
            </w:pPr>
          </w:p>
          <w:p w14:paraId="47CB1ABC" w14:textId="77777777" w:rsidR="006B067C" w:rsidRDefault="006B067C" w:rsidP="0063296A">
            <w:pPr>
              <w:rPr>
                <w:rFonts w:ascii="Calibri Light" w:hAnsi="Calibri Light" w:cs="Calibri Light"/>
                <w:lang w:val="en-US" w:eastAsia="en-US"/>
              </w:rPr>
            </w:pPr>
          </w:p>
          <w:p w14:paraId="4835D4FD" w14:textId="77777777" w:rsidR="006B067C" w:rsidRDefault="006B067C" w:rsidP="0063296A">
            <w:pPr>
              <w:rPr>
                <w:rFonts w:ascii="Calibri Light" w:hAnsi="Calibri Light" w:cs="Calibri Light"/>
                <w:lang w:val="en-US" w:eastAsia="en-US"/>
              </w:rPr>
            </w:pPr>
          </w:p>
          <w:p w14:paraId="209BEAB3" w14:textId="77777777" w:rsidR="006B067C" w:rsidRDefault="006B067C" w:rsidP="0063296A">
            <w:pPr>
              <w:rPr>
                <w:rFonts w:ascii="Calibri Light" w:hAnsi="Calibri Light" w:cs="Calibri Light"/>
                <w:lang w:val="en-US" w:eastAsia="en-US"/>
              </w:rPr>
            </w:pPr>
          </w:p>
          <w:p w14:paraId="27831560" w14:textId="77777777" w:rsidR="006B067C" w:rsidRDefault="006B067C" w:rsidP="0063296A">
            <w:pPr>
              <w:rPr>
                <w:rFonts w:ascii="Calibri Light" w:hAnsi="Calibri Light" w:cs="Calibri Light"/>
                <w:lang w:val="en-US" w:eastAsia="en-US"/>
              </w:rPr>
            </w:pPr>
          </w:p>
          <w:p w14:paraId="738D27BD" w14:textId="77777777" w:rsidR="006B067C" w:rsidRDefault="006B067C" w:rsidP="0063296A">
            <w:pPr>
              <w:rPr>
                <w:rFonts w:ascii="Calibri Light" w:hAnsi="Calibri Light" w:cs="Calibri Light"/>
                <w:lang w:val="en-US" w:eastAsia="en-US"/>
              </w:rPr>
            </w:pPr>
          </w:p>
          <w:p w14:paraId="4E234AB1" w14:textId="77777777" w:rsidR="006B067C" w:rsidRDefault="006B067C" w:rsidP="0063296A">
            <w:pPr>
              <w:rPr>
                <w:rFonts w:ascii="Calibri Light" w:hAnsi="Calibri Light" w:cs="Calibri Light"/>
                <w:lang w:val="en-US" w:eastAsia="en-US"/>
              </w:rPr>
            </w:pPr>
          </w:p>
          <w:p w14:paraId="33D08268" w14:textId="77777777" w:rsidR="006B067C" w:rsidRPr="0063296A" w:rsidRDefault="006B067C" w:rsidP="0063296A">
            <w:pPr>
              <w:rPr>
                <w:rFonts w:ascii="Calibri Light" w:hAnsi="Calibri Light" w:cs="Calibri Light"/>
                <w:lang w:val="en-US" w:eastAsia="en-US"/>
              </w:rPr>
            </w:pPr>
          </w:p>
        </w:tc>
      </w:tr>
      <w:tr w:rsidR="0063296A" w:rsidRPr="0063296A" w14:paraId="383A3057" w14:textId="77777777" w:rsidTr="0063296A">
        <w:tc>
          <w:tcPr>
            <w:tcW w:w="8630" w:type="dxa"/>
          </w:tcPr>
          <w:p w14:paraId="3BA85352" w14:textId="5A099E9B" w:rsidR="0063296A" w:rsidRPr="0063296A" w:rsidRDefault="0063296A" w:rsidP="0063296A">
            <w:pPr>
              <w:rPr>
                <w:rFonts w:ascii="Calibri Light" w:hAnsi="Calibri Light" w:cs="Calibri Light"/>
                <w:lang w:val="en-US" w:eastAsia="en-US"/>
              </w:rPr>
            </w:pPr>
            <w:r w:rsidRPr="0063296A">
              <w:rPr>
                <w:rFonts w:ascii="Calibri Light" w:hAnsi="Calibri Light" w:cs="Calibri Light"/>
                <w:lang w:val="en-US" w:eastAsia="en-US"/>
              </w:rPr>
              <w:t>Please attach to your application a CV (no more than 4 pages) structured under the following headings</w:t>
            </w:r>
          </w:p>
          <w:p w14:paraId="6A146410" w14:textId="7FAC29D9" w:rsidR="0063296A" w:rsidRPr="0063296A" w:rsidRDefault="0063296A" w:rsidP="0063296A">
            <w:pPr>
              <w:spacing w:line="300" w:lineRule="atLeast"/>
              <w:rPr>
                <w:rFonts w:ascii="Calibri Light" w:hAnsi="Calibri Light" w:cs="Calibri Light"/>
                <w:sz w:val="21"/>
                <w:szCs w:val="21"/>
              </w:rPr>
            </w:pPr>
            <w:r w:rsidRPr="0063296A">
              <w:rPr>
                <w:rStyle w:val="Strong"/>
                <w:rFonts w:ascii="Calibri Light" w:hAnsi="Calibri Light" w:cs="Calibri Light"/>
                <w:b w:val="0"/>
                <w:bCs w:val="0"/>
                <w:sz w:val="21"/>
                <w:szCs w:val="21"/>
              </w:rPr>
              <w:t>Education and Qualifications</w:t>
            </w:r>
            <w:r w:rsidRPr="0063296A">
              <w:rPr>
                <w:rFonts w:ascii="Calibri Light" w:hAnsi="Calibri Light" w:cs="Calibri Light"/>
                <w:sz w:val="21"/>
                <w:szCs w:val="21"/>
              </w:rPr>
              <w:t xml:space="preserve"> </w:t>
            </w:r>
          </w:p>
          <w:p w14:paraId="2B4FB1ED" w14:textId="0ACE617F" w:rsidR="0063296A" w:rsidRPr="0063296A" w:rsidRDefault="0063296A" w:rsidP="0063296A">
            <w:pPr>
              <w:spacing w:line="300" w:lineRule="atLeast"/>
              <w:rPr>
                <w:rFonts w:ascii="Calibri Light" w:hAnsi="Calibri Light" w:cs="Calibri Light"/>
                <w:sz w:val="21"/>
                <w:szCs w:val="21"/>
              </w:rPr>
            </w:pPr>
            <w:r w:rsidRPr="0063296A">
              <w:rPr>
                <w:rStyle w:val="Strong"/>
                <w:rFonts w:ascii="Calibri Light" w:hAnsi="Calibri Light" w:cs="Calibri Light"/>
                <w:b w:val="0"/>
                <w:bCs w:val="0"/>
                <w:sz w:val="21"/>
                <w:szCs w:val="21"/>
              </w:rPr>
              <w:t>Professional Employment History</w:t>
            </w:r>
            <w:r w:rsidRPr="0063296A">
              <w:rPr>
                <w:rFonts w:ascii="Calibri Light" w:hAnsi="Calibri Light" w:cs="Calibri Light"/>
                <w:sz w:val="21"/>
                <w:szCs w:val="21"/>
              </w:rPr>
              <w:t xml:space="preserve"> </w:t>
            </w:r>
          </w:p>
          <w:p w14:paraId="2B698B18" w14:textId="2A7EFBC3" w:rsidR="0063296A" w:rsidRPr="0063296A" w:rsidRDefault="0063296A" w:rsidP="0063296A">
            <w:pPr>
              <w:spacing w:line="300" w:lineRule="atLeast"/>
              <w:rPr>
                <w:rFonts w:ascii="Calibri Light" w:hAnsi="Calibri Light" w:cs="Calibri Light"/>
                <w:sz w:val="21"/>
                <w:szCs w:val="21"/>
              </w:rPr>
            </w:pPr>
            <w:r w:rsidRPr="0063296A">
              <w:rPr>
                <w:rStyle w:val="Strong"/>
                <w:rFonts w:ascii="Calibri Light" w:hAnsi="Calibri Light" w:cs="Calibri Light"/>
                <w:b w:val="0"/>
                <w:bCs w:val="0"/>
                <w:sz w:val="21"/>
                <w:szCs w:val="21"/>
              </w:rPr>
              <w:t>Senior Leadership, Management or Professional Responsibilities</w:t>
            </w:r>
            <w:r w:rsidRPr="0063296A">
              <w:rPr>
                <w:rFonts w:ascii="Calibri Light" w:hAnsi="Calibri Light" w:cs="Calibri Light"/>
                <w:sz w:val="21"/>
                <w:szCs w:val="21"/>
              </w:rPr>
              <w:t xml:space="preserve"> </w:t>
            </w:r>
          </w:p>
          <w:p w14:paraId="0B09E1D4" w14:textId="648D2B46" w:rsidR="0063296A" w:rsidRPr="0063296A" w:rsidRDefault="0063296A" w:rsidP="0063296A">
            <w:pPr>
              <w:spacing w:line="300" w:lineRule="atLeast"/>
              <w:rPr>
                <w:rFonts w:ascii="Calibri Light" w:hAnsi="Calibri Light" w:cs="Calibri Light"/>
                <w:sz w:val="21"/>
                <w:szCs w:val="21"/>
              </w:rPr>
            </w:pPr>
            <w:r w:rsidRPr="0063296A">
              <w:rPr>
                <w:rStyle w:val="Strong"/>
                <w:rFonts w:ascii="Calibri Light" w:hAnsi="Calibri Light" w:cs="Calibri Light"/>
                <w:b w:val="0"/>
                <w:bCs w:val="0"/>
                <w:sz w:val="21"/>
                <w:szCs w:val="21"/>
              </w:rPr>
              <w:t>Examples of Organisational or Professional Impact</w:t>
            </w:r>
            <w:r w:rsidRPr="0063296A">
              <w:rPr>
                <w:rFonts w:ascii="Calibri Light" w:hAnsi="Calibri Light" w:cs="Calibri Light"/>
                <w:sz w:val="21"/>
                <w:szCs w:val="21"/>
              </w:rPr>
              <w:t xml:space="preserve"> </w:t>
            </w:r>
          </w:p>
          <w:p w14:paraId="152927C8" w14:textId="16C2088E" w:rsidR="0063296A" w:rsidRPr="0063296A" w:rsidRDefault="0063296A" w:rsidP="0063296A">
            <w:pPr>
              <w:spacing w:line="300" w:lineRule="atLeast"/>
              <w:rPr>
                <w:rFonts w:ascii="Calibri Light" w:hAnsi="Calibri Light" w:cs="Calibri Light"/>
                <w:sz w:val="21"/>
                <w:szCs w:val="21"/>
              </w:rPr>
            </w:pPr>
            <w:r w:rsidRPr="0063296A">
              <w:rPr>
                <w:rStyle w:val="Strong"/>
                <w:rFonts w:ascii="Calibri Light" w:hAnsi="Calibri Light" w:cs="Calibri Light"/>
                <w:b w:val="0"/>
                <w:bCs w:val="0"/>
                <w:sz w:val="21"/>
                <w:szCs w:val="21"/>
              </w:rPr>
              <w:t>Research, Evaluation or Evidence-Informed Practice</w:t>
            </w:r>
            <w:r w:rsidRPr="0063296A">
              <w:rPr>
                <w:rFonts w:ascii="Calibri Light" w:hAnsi="Calibri Light" w:cs="Calibri Light"/>
                <w:sz w:val="21"/>
                <w:szCs w:val="21"/>
              </w:rPr>
              <w:t xml:space="preserve"> </w:t>
            </w:r>
          </w:p>
          <w:p w14:paraId="66E7EC1C" w14:textId="2CCEE72F" w:rsidR="0063296A" w:rsidRPr="0063296A" w:rsidRDefault="0063296A" w:rsidP="0063296A">
            <w:pPr>
              <w:spacing w:line="300" w:lineRule="atLeast"/>
              <w:rPr>
                <w:rFonts w:ascii="Calibri Light" w:hAnsi="Calibri Light" w:cs="Calibri Light"/>
                <w:sz w:val="21"/>
                <w:szCs w:val="21"/>
              </w:rPr>
            </w:pPr>
            <w:r w:rsidRPr="0063296A">
              <w:rPr>
                <w:rStyle w:val="Strong"/>
                <w:rFonts w:ascii="Calibri Light" w:hAnsi="Calibri Light" w:cs="Calibri Light"/>
                <w:b w:val="0"/>
                <w:bCs w:val="0"/>
                <w:sz w:val="21"/>
                <w:szCs w:val="21"/>
              </w:rPr>
              <w:t>Professional Memberships, Awards or Recognition</w:t>
            </w:r>
          </w:p>
          <w:p w14:paraId="495E0D8A" w14:textId="0FF2FDE9" w:rsidR="0063296A" w:rsidRPr="0063296A" w:rsidRDefault="0063296A" w:rsidP="0063296A">
            <w:pPr>
              <w:rPr>
                <w:rFonts w:ascii="Calibri Light" w:hAnsi="Calibri Light" w:cs="Calibri Light"/>
                <w:lang w:val="en-US" w:eastAsia="en-US"/>
              </w:rPr>
            </w:pPr>
          </w:p>
        </w:tc>
      </w:tr>
    </w:tbl>
    <w:p w14:paraId="1412B5AD" w14:textId="77777777" w:rsidR="0063296A" w:rsidRPr="0063296A" w:rsidRDefault="0063296A" w:rsidP="0063296A">
      <w:pPr>
        <w:rPr>
          <w:rFonts w:ascii="Calibri Light" w:hAnsi="Calibri Light" w:cs="Calibri Light"/>
          <w:lang w:val="en-US" w:eastAsia="en-US"/>
        </w:rPr>
      </w:pPr>
    </w:p>
    <w:p w14:paraId="32A9E9E8" w14:textId="4EE77571" w:rsidR="00DA4B2B" w:rsidRPr="0063296A" w:rsidRDefault="00DA4B2B" w:rsidP="00DA4B2B">
      <w:pPr>
        <w:pStyle w:val="Heading1"/>
        <w:rPr>
          <w:rFonts w:ascii="Calibri Light" w:hAnsi="Calibri Light" w:cs="Calibri Light"/>
          <w:b w:val="0"/>
          <w:bCs w:val="0"/>
          <w:lang w:val="en-GB"/>
        </w:rPr>
      </w:pPr>
      <w:r w:rsidRPr="0063296A">
        <w:rPr>
          <w:rFonts w:ascii="Calibri Light" w:hAnsi="Calibri Light" w:cs="Calibri Light"/>
          <w:b w:val="0"/>
          <w:bCs w:val="0"/>
          <w:lang w:val="en-GB"/>
        </w:rPr>
        <w:lastRenderedPageBreak/>
        <w:t>Academic Strengths and Development Needs</w:t>
      </w:r>
    </w:p>
    <w:p w14:paraId="32BA7C56" w14:textId="77777777" w:rsidR="0063296A" w:rsidRPr="0063296A" w:rsidRDefault="0063296A" w:rsidP="0063296A">
      <w:pPr>
        <w:rPr>
          <w:rFonts w:ascii="Calibri Light" w:hAnsi="Calibri Light" w:cs="Calibri Light"/>
          <w:lang w:eastAsia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63296A" w:rsidRPr="0063296A" w14:paraId="0120D32C" w14:textId="77777777" w:rsidTr="0063296A">
        <w:tc>
          <w:tcPr>
            <w:tcW w:w="8630" w:type="dxa"/>
          </w:tcPr>
          <w:p w14:paraId="487D11CD" w14:textId="1C65C530" w:rsidR="0063296A" w:rsidRPr="0063296A" w:rsidRDefault="0063296A" w:rsidP="006B067C">
            <w:pPr>
              <w:spacing w:after="200" w:line="276" w:lineRule="auto"/>
              <w:rPr>
                <w:rFonts w:ascii="Calibri Light" w:hAnsi="Calibri Light" w:cs="Calibri Light"/>
              </w:rPr>
            </w:pPr>
            <w:r w:rsidRPr="0063296A">
              <w:rPr>
                <w:rFonts w:ascii="Calibri Light" w:hAnsi="Calibri Light" w:cs="Calibri Light"/>
              </w:rPr>
              <w:t>What academic strengths do you bring to doctoral study?</w:t>
            </w:r>
            <w:r w:rsidRPr="0063296A">
              <w:rPr>
                <w:rFonts w:ascii="Calibri Light" w:hAnsi="Calibri Light" w:cs="Calibri Light"/>
              </w:rPr>
              <w:br/>
            </w:r>
            <w:r w:rsidRPr="006B067C">
              <w:rPr>
                <w:rFonts w:ascii="Calibri Light" w:hAnsi="Calibri Light" w:cs="Calibri Light"/>
                <w:sz w:val="21"/>
                <w:szCs w:val="21"/>
              </w:rPr>
              <w:t>You may wish to discuss critical reading, writing, analysis, research, independent learning, professional expertise, or communication. Please include evidence where possible.</w:t>
            </w:r>
            <w:r w:rsidRPr="0063296A">
              <w:rPr>
                <w:rFonts w:ascii="Calibri Light" w:hAnsi="Calibri Light" w:cs="Calibri Light"/>
              </w:rPr>
              <w:br/>
            </w:r>
            <w:r w:rsidRPr="006B067C">
              <w:rPr>
                <w:rFonts w:ascii="Calibri Light" w:hAnsi="Calibri Light" w:cs="Calibri Light"/>
                <w:i/>
                <w:iCs/>
                <w:sz w:val="21"/>
                <w:szCs w:val="21"/>
              </w:rPr>
              <w:t xml:space="preserve">Suggested word limit: </w:t>
            </w:r>
            <w:r w:rsidR="006B067C">
              <w:rPr>
                <w:rFonts w:ascii="Calibri Light" w:hAnsi="Calibri Light" w:cs="Calibri Light"/>
                <w:i/>
                <w:iCs/>
                <w:sz w:val="21"/>
                <w:szCs w:val="21"/>
              </w:rPr>
              <w:t>3</w:t>
            </w:r>
            <w:r w:rsidRPr="006B067C">
              <w:rPr>
                <w:rFonts w:ascii="Calibri Light" w:hAnsi="Calibri Light" w:cs="Calibri Light"/>
                <w:i/>
                <w:iCs/>
                <w:sz w:val="21"/>
                <w:szCs w:val="21"/>
              </w:rPr>
              <w:t>00 words</w:t>
            </w:r>
          </w:p>
        </w:tc>
      </w:tr>
      <w:tr w:rsidR="0063296A" w:rsidRPr="0063296A" w14:paraId="595C6FB6" w14:textId="77777777" w:rsidTr="0063296A">
        <w:tc>
          <w:tcPr>
            <w:tcW w:w="8630" w:type="dxa"/>
          </w:tcPr>
          <w:p w14:paraId="454BADD0" w14:textId="77777777" w:rsidR="0063296A" w:rsidRDefault="0063296A" w:rsidP="0063296A">
            <w:pPr>
              <w:rPr>
                <w:rFonts w:ascii="Calibri Light" w:hAnsi="Calibri Light" w:cs="Calibri Light"/>
                <w:lang w:eastAsia="en-US"/>
              </w:rPr>
            </w:pPr>
          </w:p>
          <w:p w14:paraId="5A5B455A" w14:textId="77777777" w:rsidR="006B067C" w:rsidRDefault="006B067C" w:rsidP="0063296A">
            <w:pPr>
              <w:rPr>
                <w:rFonts w:ascii="Calibri Light" w:hAnsi="Calibri Light" w:cs="Calibri Light"/>
                <w:lang w:eastAsia="en-US"/>
              </w:rPr>
            </w:pPr>
          </w:p>
          <w:p w14:paraId="2BC8BC2B" w14:textId="77777777" w:rsidR="006B067C" w:rsidRDefault="006B067C" w:rsidP="0063296A">
            <w:pPr>
              <w:rPr>
                <w:rFonts w:ascii="Calibri Light" w:hAnsi="Calibri Light" w:cs="Calibri Light"/>
                <w:lang w:eastAsia="en-US"/>
              </w:rPr>
            </w:pPr>
          </w:p>
          <w:p w14:paraId="4E8364B7" w14:textId="77777777" w:rsidR="006B067C" w:rsidRDefault="006B067C" w:rsidP="0063296A">
            <w:pPr>
              <w:rPr>
                <w:rFonts w:ascii="Calibri Light" w:hAnsi="Calibri Light" w:cs="Calibri Light"/>
                <w:lang w:eastAsia="en-US"/>
              </w:rPr>
            </w:pPr>
          </w:p>
          <w:p w14:paraId="343BD78D" w14:textId="77777777" w:rsidR="006B067C" w:rsidRDefault="006B067C" w:rsidP="0063296A">
            <w:pPr>
              <w:rPr>
                <w:rFonts w:ascii="Calibri Light" w:hAnsi="Calibri Light" w:cs="Calibri Light"/>
                <w:lang w:eastAsia="en-US"/>
              </w:rPr>
            </w:pPr>
          </w:p>
          <w:p w14:paraId="6351EF76" w14:textId="77777777" w:rsidR="006B067C" w:rsidRPr="0063296A" w:rsidRDefault="006B067C" w:rsidP="0063296A">
            <w:pPr>
              <w:rPr>
                <w:rFonts w:ascii="Calibri Light" w:hAnsi="Calibri Light" w:cs="Calibri Light"/>
                <w:lang w:eastAsia="en-US"/>
              </w:rPr>
            </w:pPr>
          </w:p>
        </w:tc>
      </w:tr>
      <w:tr w:rsidR="0063296A" w:rsidRPr="0063296A" w14:paraId="29406C02" w14:textId="77777777" w:rsidTr="0063296A">
        <w:tc>
          <w:tcPr>
            <w:tcW w:w="8630" w:type="dxa"/>
          </w:tcPr>
          <w:p w14:paraId="4A36895C" w14:textId="01DCB883" w:rsidR="0063296A" w:rsidRPr="0063296A" w:rsidRDefault="0063296A" w:rsidP="006B067C">
            <w:pPr>
              <w:spacing w:after="200" w:line="276" w:lineRule="auto"/>
              <w:rPr>
                <w:rFonts w:ascii="Calibri Light" w:hAnsi="Calibri Light" w:cs="Calibri Light"/>
              </w:rPr>
            </w:pPr>
            <w:r w:rsidRPr="0063296A">
              <w:rPr>
                <w:rFonts w:ascii="Calibri Light" w:hAnsi="Calibri Light" w:cs="Calibri Light"/>
              </w:rPr>
              <w:t>What research or evidence-related experience do you already have?</w:t>
            </w:r>
            <w:r w:rsidRPr="0063296A">
              <w:rPr>
                <w:rFonts w:ascii="Calibri Light" w:hAnsi="Calibri Light" w:cs="Calibri Light"/>
              </w:rPr>
              <w:br/>
            </w:r>
            <w:r w:rsidRPr="006B067C">
              <w:rPr>
                <w:rFonts w:ascii="Calibri Light" w:hAnsi="Calibri Light" w:cs="Calibri Light"/>
                <w:sz w:val="21"/>
                <w:szCs w:val="21"/>
              </w:rPr>
              <w:t xml:space="preserve">This may include a </w:t>
            </w:r>
            <w:proofErr w:type="gramStart"/>
            <w:r w:rsidRPr="006B067C">
              <w:rPr>
                <w:rFonts w:ascii="Calibri Light" w:hAnsi="Calibri Light" w:cs="Calibri Light"/>
                <w:sz w:val="21"/>
                <w:szCs w:val="21"/>
              </w:rPr>
              <w:t>Master's</w:t>
            </w:r>
            <w:proofErr w:type="gramEnd"/>
            <w:r w:rsidRPr="006B067C">
              <w:rPr>
                <w:rFonts w:ascii="Calibri Light" w:hAnsi="Calibri Light" w:cs="Calibri Light"/>
                <w:sz w:val="21"/>
                <w:szCs w:val="21"/>
              </w:rPr>
              <w:t xml:space="preserve"> dissertation, workplace research, evaluation, consultancy, data analysis, policy work, audit, service improvement or published/professional reports.</w:t>
            </w:r>
            <w:r w:rsidRPr="006B067C">
              <w:rPr>
                <w:rFonts w:ascii="Calibri Light" w:hAnsi="Calibri Light" w:cs="Calibri Light"/>
                <w:sz w:val="21"/>
                <w:szCs w:val="21"/>
              </w:rPr>
              <w:br/>
            </w:r>
            <w:r w:rsidRPr="006B067C">
              <w:rPr>
                <w:rFonts w:ascii="Calibri Light" w:hAnsi="Calibri Light" w:cs="Calibri Light"/>
                <w:i/>
                <w:iCs/>
                <w:sz w:val="21"/>
                <w:szCs w:val="21"/>
              </w:rPr>
              <w:t xml:space="preserve">Suggested word limit: </w:t>
            </w:r>
            <w:r w:rsidR="00C42ECD">
              <w:rPr>
                <w:rFonts w:ascii="Calibri Light" w:hAnsi="Calibri Light" w:cs="Calibri Light"/>
                <w:i/>
                <w:iCs/>
                <w:sz w:val="21"/>
                <w:szCs w:val="21"/>
              </w:rPr>
              <w:t>3</w:t>
            </w:r>
            <w:r w:rsidRPr="006B067C">
              <w:rPr>
                <w:rFonts w:ascii="Calibri Light" w:hAnsi="Calibri Light" w:cs="Calibri Light"/>
                <w:i/>
                <w:iCs/>
                <w:sz w:val="21"/>
                <w:szCs w:val="21"/>
              </w:rPr>
              <w:t>00 words</w:t>
            </w:r>
          </w:p>
        </w:tc>
      </w:tr>
      <w:tr w:rsidR="0063296A" w:rsidRPr="0063296A" w14:paraId="691D8F03" w14:textId="77777777" w:rsidTr="0063296A">
        <w:tc>
          <w:tcPr>
            <w:tcW w:w="8630" w:type="dxa"/>
          </w:tcPr>
          <w:p w14:paraId="31E284C4" w14:textId="77777777" w:rsidR="0063296A" w:rsidRDefault="0063296A" w:rsidP="0063296A">
            <w:pPr>
              <w:rPr>
                <w:rFonts w:ascii="Calibri Light" w:hAnsi="Calibri Light" w:cs="Calibri Light"/>
                <w:lang w:eastAsia="en-US"/>
              </w:rPr>
            </w:pPr>
          </w:p>
          <w:p w14:paraId="1CE4564E" w14:textId="77777777" w:rsidR="006B067C" w:rsidRDefault="006B067C" w:rsidP="0063296A">
            <w:pPr>
              <w:rPr>
                <w:rFonts w:ascii="Calibri Light" w:hAnsi="Calibri Light" w:cs="Calibri Light"/>
                <w:lang w:eastAsia="en-US"/>
              </w:rPr>
            </w:pPr>
          </w:p>
          <w:p w14:paraId="5C3847BB" w14:textId="77777777" w:rsidR="006B067C" w:rsidRDefault="006B067C" w:rsidP="0063296A">
            <w:pPr>
              <w:rPr>
                <w:rFonts w:ascii="Calibri Light" w:hAnsi="Calibri Light" w:cs="Calibri Light"/>
                <w:lang w:eastAsia="en-US"/>
              </w:rPr>
            </w:pPr>
          </w:p>
          <w:p w14:paraId="17BCDF64" w14:textId="77777777" w:rsidR="006B067C" w:rsidRDefault="006B067C" w:rsidP="0063296A">
            <w:pPr>
              <w:rPr>
                <w:rFonts w:ascii="Calibri Light" w:hAnsi="Calibri Light" w:cs="Calibri Light"/>
                <w:lang w:eastAsia="en-US"/>
              </w:rPr>
            </w:pPr>
          </w:p>
          <w:p w14:paraId="03F1A838" w14:textId="77777777" w:rsidR="006B067C" w:rsidRDefault="006B067C" w:rsidP="0063296A">
            <w:pPr>
              <w:rPr>
                <w:rFonts w:ascii="Calibri Light" w:hAnsi="Calibri Light" w:cs="Calibri Light"/>
                <w:lang w:eastAsia="en-US"/>
              </w:rPr>
            </w:pPr>
          </w:p>
          <w:p w14:paraId="277C5D8C" w14:textId="77777777" w:rsidR="006B067C" w:rsidRPr="0063296A" w:rsidRDefault="006B067C" w:rsidP="0063296A">
            <w:pPr>
              <w:rPr>
                <w:rFonts w:ascii="Calibri Light" w:hAnsi="Calibri Light" w:cs="Calibri Light"/>
                <w:lang w:eastAsia="en-US"/>
              </w:rPr>
            </w:pPr>
          </w:p>
        </w:tc>
      </w:tr>
      <w:tr w:rsidR="0063296A" w:rsidRPr="0063296A" w14:paraId="752672D8" w14:textId="77777777" w:rsidTr="0063296A">
        <w:tc>
          <w:tcPr>
            <w:tcW w:w="8630" w:type="dxa"/>
          </w:tcPr>
          <w:p w14:paraId="2E04470C" w14:textId="74237BC3" w:rsidR="0063296A" w:rsidRPr="0063296A" w:rsidRDefault="0063296A" w:rsidP="006B067C">
            <w:pPr>
              <w:spacing w:after="200" w:line="276" w:lineRule="auto"/>
              <w:rPr>
                <w:rFonts w:ascii="Calibri Light" w:hAnsi="Calibri Light" w:cs="Calibri Light"/>
              </w:rPr>
            </w:pPr>
            <w:r w:rsidRPr="0063296A">
              <w:rPr>
                <w:rFonts w:ascii="Calibri Light" w:hAnsi="Calibri Light" w:cs="Calibri Light"/>
              </w:rPr>
              <w:t>How has your previous education, particularly your Master's-level study, prepared you for doctoral work?</w:t>
            </w:r>
            <w:r w:rsidRPr="0063296A">
              <w:rPr>
                <w:rFonts w:ascii="Calibri Light" w:hAnsi="Calibri Light" w:cs="Calibri Light"/>
              </w:rPr>
              <w:br/>
            </w:r>
            <w:r w:rsidRPr="006B067C">
              <w:rPr>
                <w:rFonts w:ascii="Calibri Light" w:hAnsi="Calibri Light" w:cs="Calibri Light"/>
                <w:sz w:val="21"/>
                <w:szCs w:val="21"/>
              </w:rPr>
              <w:t>Please refer to written assignments, dissertation/project work, research training, grades or feedback where relevant.</w:t>
            </w:r>
            <w:r w:rsidRPr="0063296A">
              <w:rPr>
                <w:rFonts w:ascii="Calibri Light" w:hAnsi="Calibri Light" w:cs="Calibri Light"/>
              </w:rPr>
              <w:br/>
            </w:r>
            <w:r w:rsidRPr="006B067C">
              <w:rPr>
                <w:rFonts w:ascii="Calibri Light" w:hAnsi="Calibri Light" w:cs="Calibri Light"/>
                <w:i/>
                <w:iCs/>
                <w:sz w:val="21"/>
                <w:szCs w:val="21"/>
              </w:rPr>
              <w:t xml:space="preserve">Suggested word limit: </w:t>
            </w:r>
            <w:r w:rsidR="00C42ECD">
              <w:rPr>
                <w:rFonts w:ascii="Calibri Light" w:hAnsi="Calibri Light" w:cs="Calibri Light"/>
                <w:i/>
                <w:iCs/>
                <w:sz w:val="21"/>
                <w:szCs w:val="21"/>
              </w:rPr>
              <w:t>3</w:t>
            </w:r>
            <w:r w:rsidRPr="006B067C">
              <w:rPr>
                <w:rFonts w:ascii="Calibri Light" w:hAnsi="Calibri Light" w:cs="Calibri Light"/>
                <w:i/>
                <w:iCs/>
                <w:sz w:val="21"/>
                <w:szCs w:val="21"/>
              </w:rPr>
              <w:t>00 words</w:t>
            </w:r>
          </w:p>
        </w:tc>
      </w:tr>
      <w:tr w:rsidR="0063296A" w:rsidRPr="0063296A" w14:paraId="61B32D28" w14:textId="77777777" w:rsidTr="0063296A">
        <w:tc>
          <w:tcPr>
            <w:tcW w:w="8630" w:type="dxa"/>
          </w:tcPr>
          <w:p w14:paraId="176FFDC4" w14:textId="77777777" w:rsidR="0063296A" w:rsidRDefault="0063296A" w:rsidP="0063296A">
            <w:pPr>
              <w:spacing w:after="200" w:line="276" w:lineRule="auto"/>
              <w:rPr>
                <w:rFonts w:ascii="Calibri Light" w:hAnsi="Calibri Light" w:cs="Calibri Light"/>
              </w:rPr>
            </w:pPr>
          </w:p>
          <w:p w14:paraId="131F2DDD" w14:textId="77777777" w:rsidR="006B067C" w:rsidRDefault="006B067C" w:rsidP="0063296A">
            <w:pPr>
              <w:spacing w:after="200" w:line="276" w:lineRule="auto"/>
              <w:rPr>
                <w:rFonts w:ascii="Calibri Light" w:hAnsi="Calibri Light" w:cs="Calibri Light"/>
              </w:rPr>
            </w:pPr>
          </w:p>
          <w:p w14:paraId="64DE319C" w14:textId="77777777" w:rsidR="006B067C" w:rsidRDefault="006B067C" w:rsidP="0063296A">
            <w:pPr>
              <w:spacing w:after="200" w:line="276" w:lineRule="auto"/>
              <w:rPr>
                <w:rFonts w:ascii="Calibri Light" w:hAnsi="Calibri Light" w:cs="Calibri Light"/>
              </w:rPr>
            </w:pPr>
          </w:p>
          <w:p w14:paraId="78F81E66" w14:textId="77777777" w:rsidR="006B067C" w:rsidRPr="0063296A" w:rsidRDefault="006B067C" w:rsidP="0063296A">
            <w:pPr>
              <w:spacing w:after="200" w:line="276" w:lineRule="auto"/>
              <w:rPr>
                <w:rFonts w:ascii="Calibri Light" w:hAnsi="Calibri Light" w:cs="Calibri Light"/>
              </w:rPr>
            </w:pPr>
          </w:p>
        </w:tc>
      </w:tr>
    </w:tbl>
    <w:p w14:paraId="4A976600" w14:textId="77777777" w:rsidR="0063296A" w:rsidRPr="0063296A" w:rsidRDefault="0063296A" w:rsidP="0063296A">
      <w:pPr>
        <w:rPr>
          <w:rFonts w:ascii="Calibri Light" w:hAnsi="Calibri Light" w:cs="Calibri Light"/>
          <w:lang w:eastAsia="en-US"/>
        </w:rPr>
      </w:pPr>
    </w:p>
    <w:p w14:paraId="4F8C34A3" w14:textId="77777777" w:rsidR="00DA4B2B" w:rsidRPr="0063296A" w:rsidRDefault="00DA4B2B" w:rsidP="00DA4B2B">
      <w:pPr>
        <w:rPr>
          <w:rFonts w:ascii="Calibri Light" w:hAnsi="Calibri Light" w:cs="Calibri Light"/>
        </w:rPr>
      </w:pPr>
    </w:p>
    <w:p w14:paraId="273B9396" w14:textId="77777777" w:rsidR="006B067C" w:rsidRDefault="006B067C" w:rsidP="00B94AF2">
      <w:pPr>
        <w:spacing w:line="300" w:lineRule="atLeast"/>
        <w:rPr>
          <w:rStyle w:val="Heading1Char"/>
          <w:rFonts w:ascii="Calibri Light" w:hAnsi="Calibri Light" w:cs="Calibri Light"/>
          <w:b w:val="0"/>
          <w:bCs w:val="0"/>
        </w:rPr>
      </w:pPr>
    </w:p>
    <w:p w14:paraId="629F9983" w14:textId="2E284325" w:rsidR="00C42ECD" w:rsidRDefault="00B94AF2" w:rsidP="15CEF081">
      <w:pPr>
        <w:spacing w:line="300" w:lineRule="atLeast"/>
        <w:rPr>
          <w:rFonts w:ascii="Calibri Light" w:hAnsi="Calibri Light" w:cs="Calibri Light"/>
          <w:sz w:val="21"/>
          <w:szCs w:val="21"/>
        </w:rPr>
      </w:pPr>
      <w:r w:rsidRPr="15CEF081">
        <w:rPr>
          <w:rStyle w:val="Heading1Char"/>
          <w:rFonts w:ascii="Calibri Light" w:hAnsi="Calibri Light" w:cs="Calibri Light"/>
          <w:b w:val="0"/>
          <w:bCs w:val="0"/>
        </w:rPr>
        <w:t>Applicant declaration</w:t>
      </w:r>
      <w:r>
        <w:br/>
      </w:r>
      <w:r w:rsidRPr="15CEF081">
        <w:rPr>
          <w:rFonts w:ascii="Calibri Light" w:hAnsi="Calibri Light" w:cs="Calibri Light"/>
          <w:sz w:val="21"/>
          <w:szCs w:val="21"/>
        </w:rPr>
        <w:t xml:space="preserve">I understand that the Professional Doctorate in Management is a research-intensive doctoral programme requiring sustained engagement with academic literature, critical analysis, independent </w:t>
      </w:r>
      <w:r w:rsidRPr="15CEF081">
        <w:rPr>
          <w:rFonts w:ascii="Calibri Light" w:hAnsi="Calibri Light" w:cs="Calibri Light"/>
          <w:sz w:val="21"/>
          <w:szCs w:val="21"/>
        </w:rPr>
        <w:lastRenderedPageBreak/>
        <w:t xml:space="preserve">study, scholarly writing, online seminars, supervision and participation in a doctoral learning community. </w:t>
      </w:r>
    </w:p>
    <w:p w14:paraId="32F177D0" w14:textId="77777777" w:rsidR="00C42ECD" w:rsidRDefault="00C42ECD" w:rsidP="00B94AF2">
      <w:pPr>
        <w:spacing w:line="300" w:lineRule="atLeast"/>
        <w:rPr>
          <w:rFonts w:ascii="Calibri Light" w:hAnsi="Calibri Light" w:cs="Calibri Light"/>
          <w:sz w:val="21"/>
          <w:szCs w:val="21"/>
        </w:rPr>
      </w:pPr>
    </w:p>
    <w:p w14:paraId="61847BEE" w14:textId="1FD113CE" w:rsidR="00B94AF2" w:rsidRDefault="00B94AF2" w:rsidP="00B94AF2">
      <w:pPr>
        <w:spacing w:line="300" w:lineRule="atLeast"/>
        <w:rPr>
          <w:rFonts w:ascii="Calibri Light" w:hAnsi="Calibri Light" w:cs="Calibri Light"/>
          <w:sz w:val="21"/>
          <w:szCs w:val="21"/>
        </w:rPr>
      </w:pPr>
      <w:r w:rsidRPr="0063296A">
        <w:rPr>
          <w:rFonts w:ascii="Calibri Light" w:hAnsi="Calibri Light" w:cs="Calibri Light"/>
          <w:sz w:val="21"/>
          <w:szCs w:val="21"/>
        </w:rPr>
        <w:t>I confirm that the information provided in this application is accurate and reflects my own experience, motivation and interests.</w:t>
      </w:r>
    </w:p>
    <w:p w14:paraId="19315581" w14:textId="77777777" w:rsidR="006B067C" w:rsidRDefault="006B067C" w:rsidP="00B94AF2">
      <w:pPr>
        <w:spacing w:line="300" w:lineRule="atLeast"/>
        <w:rPr>
          <w:rFonts w:ascii="Calibri Light" w:hAnsi="Calibri Light" w:cs="Calibri Light"/>
          <w:sz w:val="21"/>
          <w:szCs w:val="21"/>
        </w:rPr>
      </w:pPr>
    </w:p>
    <w:p w14:paraId="5757EA08" w14:textId="79B09BE9" w:rsidR="006B067C" w:rsidRDefault="006B067C" w:rsidP="00B94AF2">
      <w:pPr>
        <w:spacing w:line="300" w:lineRule="atLeast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>Signed_____________________________________________________________________________</w:t>
      </w:r>
    </w:p>
    <w:p w14:paraId="28DAA911" w14:textId="77777777" w:rsidR="006B067C" w:rsidRDefault="006B067C" w:rsidP="00B94AF2">
      <w:pPr>
        <w:spacing w:line="300" w:lineRule="atLeast"/>
        <w:rPr>
          <w:rFonts w:ascii="Calibri Light" w:hAnsi="Calibri Light" w:cs="Calibri Light"/>
          <w:sz w:val="21"/>
          <w:szCs w:val="21"/>
        </w:rPr>
      </w:pPr>
    </w:p>
    <w:p w14:paraId="3EF2A762" w14:textId="2049311B" w:rsidR="006B067C" w:rsidRDefault="006B067C" w:rsidP="006B067C">
      <w:pPr>
        <w:spacing w:line="300" w:lineRule="atLeast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>Name___________________________________________________________Date______________</w:t>
      </w:r>
    </w:p>
    <w:p w14:paraId="378686EB" w14:textId="77777777" w:rsidR="006B067C" w:rsidRPr="0063296A" w:rsidRDefault="006B067C" w:rsidP="00DA4B2B">
      <w:pPr>
        <w:spacing w:after="200" w:line="276" w:lineRule="auto"/>
        <w:rPr>
          <w:rFonts w:ascii="Calibri Light" w:hAnsi="Calibri Light" w:cs="Calibri Light"/>
        </w:rPr>
      </w:pPr>
    </w:p>
    <w:p w14:paraId="24B4E3FE" w14:textId="1514B7C2" w:rsidR="0064659F" w:rsidRPr="0063296A" w:rsidRDefault="00DA4B2B" w:rsidP="00DA4B2B">
      <w:pPr>
        <w:rPr>
          <w:rFonts w:ascii="Calibri Light" w:hAnsi="Calibri Light" w:cs="Calibri Light"/>
        </w:rPr>
      </w:pPr>
      <w:r w:rsidRPr="0063296A">
        <w:rPr>
          <w:rFonts w:ascii="Calibri Light" w:hAnsi="Calibri Light" w:cs="Calibri Light"/>
        </w:rPr>
        <w:t xml:space="preserve">Please </w:t>
      </w:r>
      <w:r w:rsidR="00B94AF2" w:rsidRPr="0063296A">
        <w:rPr>
          <w:rFonts w:ascii="Calibri Light" w:hAnsi="Calibri Light" w:cs="Calibri Light"/>
        </w:rPr>
        <w:t>include with your information</w:t>
      </w:r>
      <w:r w:rsidRPr="0063296A">
        <w:rPr>
          <w:rFonts w:ascii="Calibri Light" w:hAnsi="Calibri Light" w:cs="Calibri Light"/>
        </w:rPr>
        <w:t xml:space="preserve"> the following </w:t>
      </w:r>
      <w:r w:rsidR="006B067C" w:rsidRPr="0063296A">
        <w:rPr>
          <w:rFonts w:ascii="Calibri Light" w:hAnsi="Calibri Light" w:cs="Calibri Light"/>
        </w:rPr>
        <w:t>documentation</w:t>
      </w:r>
      <w:r w:rsidR="006B067C">
        <w:rPr>
          <w:rFonts w:ascii="Calibri Light" w:hAnsi="Calibri Light" w:cs="Calibri Light"/>
        </w:rPr>
        <w:t>:</w:t>
      </w:r>
    </w:p>
    <w:p w14:paraId="5B0D450D" w14:textId="77777777" w:rsidR="006B067C" w:rsidRDefault="00DA4B2B" w:rsidP="00DA4B2B">
      <w:pPr>
        <w:pStyle w:val="ListParagraph"/>
        <w:numPr>
          <w:ilvl w:val="0"/>
          <w:numId w:val="19"/>
        </w:numPr>
        <w:rPr>
          <w:rFonts w:ascii="Calibri Light" w:hAnsi="Calibri Light" w:cs="Calibri Light"/>
        </w:rPr>
      </w:pPr>
      <w:r w:rsidRPr="15CEF081">
        <w:rPr>
          <w:rFonts w:ascii="Calibri Light" w:hAnsi="Calibri Light" w:cs="Calibri Light"/>
        </w:rPr>
        <w:t xml:space="preserve">Structured CV (of no more than 4 pages) </w:t>
      </w:r>
    </w:p>
    <w:p w14:paraId="1DBE4F06" w14:textId="77777777" w:rsidR="00DA4B2B" w:rsidRPr="0063296A" w:rsidRDefault="00DA4B2B" w:rsidP="00DA4B2B">
      <w:pPr>
        <w:rPr>
          <w:rFonts w:ascii="Calibri Light" w:hAnsi="Calibri Light" w:cs="Calibri Light"/>
        </w:rPr>
      </w:pPr>
    </w:p>
    <w:p w14:paraId="52C0E554" w14:textId="77777777" w:rsidR="0063296A" w:rsidRDefault="0063296A">
      <w:pPr>
        <w:rPr>
          <w:rFonts w:ascii="Calibri Light" w:hAnsi="Calibri Light" w:cs="Calibri Light"/>
        </w:rPr>
      </w:pPr>
    </w:p>
    <w:p w14:paraId="258D7F58" w14:textId="77777777" w:rsidR="0004308A" w:rsidRDefault="0004308A">
      <w:pPr>
        <w:rPr>
          <w:rFonts w:ascii="Calibri Light" w:hAnsi="Calibri Light" w:cs="Calibri Light"/>
        </w:rPr>
      </w:pPr>
    </w:p>
    <w:p w14:paraId="01A2779B" w14:textId="77777777" w:rsidR="0004308A" w:rsidRPr="0063296A" w:rsidRDefault="0004308A">
      <w:pPr>
        <w:rPr>
          <w:rFonts w:ascii="Calibri Light" w:hAnsi="Calibri Light" w:cs="Calibri Light"/>
        </w:rPr>
      </w:pPr>
    </w:p>
    <w:sectPr w:rsidR="0004308A" w:rsidRPr="0063296A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AF60C6A"/>
    <w:multiLevelType w:val="multilevel"/>
    <w:tmpl w:val="BBA8D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5F02E7A"/>
    <w:multiLevelType w:val="multilevel"/>
    <w:tmpl w:val="57F4C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FEA5F3A"/>
    <w:multiLevelType w:val="multilevel"/>
    <w:tmpl w:val="00B682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D47115C"/>
    <w:multiLevelType w:val="multilevel"/>
    <w:tmpl w:val="66844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5743733"/>
    <w:multiLevelType w:val="multilevel"/>
    <w:tmpl w:val="AD8A2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42B4A0F"/>
    <w:multiLevelType w:val="multilevel"/>
    <w:tmpl w:val="CED2E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A386913"/>
    <w:multiLevelType w:val="multilevel"/>
    <w:tmpl w:val="781C2C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43D4DEA"/>
    <w:multiLevelType w:val="hybridMultilevel"/>
    <w:tmpl w:val="A66625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012A67"/>
    <w:multiLevelType w:val="multilevel"/>
    <w:tmpl w:val="DDCA44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C465C2E"/>
    <w:multiLevelType w:val="multilevel"/>
    <w:tmpl w:val="56B85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5746782">
    <w:abstractNumId w:val="8"/>
  </w:num>
  <w:num w:numId="2" w16cid:durableId="1793206553">
    <w:abstractNumId w:val="6"/>
  </w:num>
  <w:num w:numId="3" w16cid:durableId="527959489">
    <w:abstractNumId w:val="5"/>
  </w:num>
  <w:num w:numId="4" w16cid:durableId="1366978751">
    <w:abstractNumId w:val="4"/>
  </w:num>
  <w:num w:numId="5" w16cid:durableId="1074006663">
    <w:abstractNumId w:val="7"/>
  </w:num>
  <w:num w:numId="6" w16cid:durableId="1316379647">
    <w:abstractNumId w:val="3"/>
  </w:num>
  <w:num w:numId="7" w16cid:durableId="1462842781">
    <w:abstractNumId w:val="2"/>
  </w:num>
  <w:num w:numId="8" w16cid:durableId="497616941">
    <w:abstractNumId w:val="1"/>
  </w:num>
  <w:num w:numId="9" w16cid:durableId="1270356993">
    <w:abstractNumId w:val="0"/>
  </w:num>
  <w:num w:numId="10" w16cid:durableId="247347002">
    <w:abstractNumId w:val="13"/>
  </w:num>
  <w:num w:numId="11" w16cid:durableId="1366061107">
    <w:abstractNumId w:val="18"/>
  </w:num>
  <w:num w:numId="12" w16cid:durableId="1553229969">
    <w:abstractNumId w:val="17"/>
  </w:num>
  <w:num w:numId="13" w16cid:durableId="1584071892">
    <w:abstractNumId w:val="12"/>
  </w:num>
  <w:num w:numId="14" w16cid:durableId="733550678">
    <w:abstractNumId w:val="15"/>
  </w:num>
  <w:num w:numId="15" w16cid:durableId="1194343658">
    <w:abstractNumId w:val="14"/>
  </w:num>
  <w:num w:numId="16" w16cid:durableId="876938964">
    <w:abstractNumId w:val="11"/>
  </w:num>
  <w:num w:numId="17" w16cid:durableId="1192568309">
    <w:abstractNumId w:val="10"/>
  </w:num>
  <w:num w:numId="18" w16cid:durableId="758603148">
    <w:abstractNumId w:val="9"/>
  </w:num>
  <w:num w:numId="19" w16cid:durableId="206471696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308A"/>
    <w:rsid w:val="0006063C"/>
    <w:rsid w:val="0015074B"/>
    <w:rsid w:val="002322BC"/>
    <w:rsid w:val="0029639D"/>
    <w:rsid w:val="00315536"/>
    <w:rsid w:val="00326F90"/>
    <w:rsid w:val="004835FE"/>
    <w:rsid w:val="004A27D9"/>
    <w:rsid w:val="0057037D"/>
    <w:rsid w:val="00570FA9"/>
    <w:rsid w:val="005F4542"/>
    <w:rsid w:val="005F4ACA"/>
    <w:rsid w:val="006305A7"/>
    <w:rsid w:val="0063296A"/>
    <w:rsid w:val="0064659F"/>
    <w:rsid w:val="006B067C"/>
    <w:rsid w:val="00866A6B"/>
    <w:rsid w:val="00A95186"/>
    <w:rsid w:val="00AA1D8D"/>
    <w:rsid w:val="00AB4FCA"/>
    <w:rsid w:val="00B47730"/>
    <w:rsid w:val="00B72F20"/>
    <w:rsid w:val="00B85164"/>
    <w:rsid w:val="00B94AF2"/>
    <w:rsid w:val="00C24DEB"/>
    <w:rsid w:val="00C42ECD"/>
    <w:rsid w:val="00CB0664"/>
    <w:rsid w:val="00DA4B2B"/>
    <w:rsid w:val="00EF7917"/>
    <w:rsid w:val="00F84216"/>
    <w:rsid w:val="00F93A4B"/>
    <w:rsid w:val="00FA5962"/>
    <w:rsid w:val="00FC693F"/>
    <w:rsid w:val="15CEF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018543C2-B9D7-AA48-B5EE-CED71CD20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29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val="en-US"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en-US"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val="en-US"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val="en-US"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val="en-US"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  <w:lang w:val="en-US"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val="en-US"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 w:line="276" w:lineRule="auto"/>
    </w:pPr>
    <w:rPr>
      <w:rFonts w:asciiTheme="minorHAnsi" w:eastAsiaTheme="minorEastAsia" w:hAnsiTheme="minorHAnsi" w:cstheme="minorBidi"/>
      <w:sz w:val="16"/>
      <w:szCs w:val="16"/>
      <w:lang w:val="en-US" w:eastAsia="en-US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spacing w:after="200" w:line="276" w:lineRule="auto"/>
      <w:ind w:left="360" w:hanging="360"/>
      <w:contextualSpacing/>
    </w:pPr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paragraph" w:styleId="List2">
    <w:name w:val="List 2"/>
    <w:basedOn w:val="Normal"/>
    <w:uiPriority w:val="99"/>
    <w:unhideWhenUsed/>
    <w:rsid w:val="00326F90"/>
    <w:pPr>
      <w:spacing w:after="200" w:line="276" w:lineRule="auto"/>
      <w:ind w:left="720" w:hanging="360"/>
      <w:contextualSpacing/>
    </w:pPr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paragraph" w:styleId="List3">
    <w:name w:val="List 3"/>
    <w:basedOn w:val="Normal"/>
    <w:uiPriority w:val="99"/>
    <w:unhideWhenUsed/>
    <w:rsid w:val="00326F90"/>
    <w:pPr>
      <w:spacing w:after="200" w:line="276" w:lineRule="auto"/>
      <w:ind w:left="1080" w:hanging="360"/>
      <w:contextualSpacing/>
    </w:pPr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200" w:line="276" w:lineRule="auto"/>
      <w:contextualSpacing/>
    </w:pPr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200" w:line="276" w:lineRule="auto"/>
      <w:contextualSpacing/>
    </w:pPr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spacing w:after="200" w:line="276" w:lineRule="auto"/>
      <w:contextualSpacing/>
    </w:pPr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200" w:line="276" w:lineRule="auto"/>
      <w:contextualSpacing/>
    </w:pPr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spacing w:after="200" w:line="276" w:lineRule="auto"/>
      <w:contextualSpacing/>
    </w:pPr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spacing w:after="200" w:line="276" w:lineRule="auto"/>
      <w:contextualSpacing/>
    </w:pPr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 w:line="276" w:lineRule="auto"/>
      <w:ind w:left="360"/>
      <w:contextualSpacing/>
    </w:pPr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 w:line="276" w:lineRule="auto"/>
      <w:ind w:left="1080"/>
      <w:contextualSpacing/>
    </w:pPr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after="200" w:line="276" w:lineRule="auto"/>
    </w:pPr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val="en-US" w:eastAsia="en-US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after="200"/>
    </w:pPr>
    <w:rPr>
      <w:rFonts w:asciiTheme="minorHAnsi" w:eastAsiaTheme="minorEastAsia" w:hAnsiTheme="minorHAnsi" w:cstheme="minorBidi"/>
      <w:b/>
      <w:bCs/>
      <w:color w:val="4F81BD" w:themeColor="accent1"/>
      <w:sz w:val="18"/>
      <w:szCs w:val="18"/>
      <w:lang w:val="en-US" w:eastAsia="en-US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val="en-US"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semiHidden/>
    <w:unhideWhenUsed/>
    <w:rsid w:val="00FA596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1DDFFE8CD7BF4588E61FFC0CDC5A01" ma:contentTypeVersion="4" ma:contentTypeDescription="Create a new document." ma:contentTypeScope="" ma:versionID="b37d66aaa609903a2e37eab619c20578">
  <xsd:schema xmlns:xsd="http://www.w3.org/2001/XMLSchema" xmlns:xs="http://www.w3.org/2001/XMLSchema" xmlns:p="http://schemas.microsoft.com/office/2006/metadata/properties" xmlns:ns2="94128846-6d82-4bf8-b562-db67ed44b600" targetNamespace="http://schemas.microsoft.com/office/2006/metadata/properties" ma:root="true" ma:fieldsID="0ecb43ba6801ada2f562f59ce49468ee" ns2:_="">
    <xsd:import namespace="94128846-6d82-4bf8-b562-db67ed44b60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128846-6d82-4bf8-b562-db67ed44b6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FBC109F-84A0-46F7-9C98-40A1ACC4EE4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E2D1A38-7043-466B-B24A-B214D8DDDF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128846-6d82-4bf8-b562-db67ed44b6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EAA30DC-2BD1-45C0-BD83-0909D2CA9FF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483</Words>
  <Characters>3260</Characters>
  <Application>Microsoft Office Word</Application>
  <DocSecurity>4</DocSecurity>
  <Lines>160</Lines>
  <Paragraphs>32</Paragraphs>
  <ScaleCrop>false</ScaleCrop>
  <Manager/>
  <Company/>
  <LinksUpToDate>false</LinksUpToDate>
  <CharactersWithSpaces>3721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Venter, Katharine M. (Dr.)</dc:creator>
  <cp:keywords/>
  <dc:description>generated by python-docx</dc:description>
  <cp:lastModifiedBy>Lenthall, Kat</cp:lastModifiedBy>
  <cp:revision>2</cp:revision>
  <dcterms:created xsi:type="dcterms:W3CDTF">2026-09-11T15:08:00Z</dcterms:created>
  <dcterms:modified xsi:type="dcterms:W3CDTF">2026-09-11T15:08:00Z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0x010100281DDFFE8CD7BF4588E61FFC0CDC5A01</vt:lpwstr>
  </property>
  <property fmtid="{D5CDD505-2E9C-101B-9397-08002B2CF9AE}" pid="3" name="docLang">
    <vt:lpwstr>en</vt:lpwstr>
  </property>
</Properties>
</file>